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dashed" w:sz="6" w:space="0" w:color="9E9E9E"/>
          <w:insideV w:val="nil"/>
        </w:tblBorders>
        <w:tblLayout w:type="fixed"/>
        <w:tblCellMar>
          <w:top w:w="120" w:type="dxa"/>
          <w:left w:w="200" w:type="dxa"/>
          <w:bottom w:w="120" w:type="dxa"/>
          <w:right w:w="200" w:type="dxa"/>
        </w:tblCellMar>
        <w:tblLook w:val="04A0" w:firstRow="1" w:lastRow="0" w:firstColumn="1" w:lastColumn="0" w:noHBand="0" w:noVBand="1"/>
      </w:tblPr>
      <w:tblGrid>
        <w:gridCol w:w="10772"/>
      </w:tblGrid>
      <w:tr w:rsidR="00804F49" w14:paraId="7E3F4CA3" w14:textId="77777777">
        <w:trPr>
          <w:trHeight w:hRule="exact" w:val="7682"/>
          <w:jc w:val="center"/>
        </w:trPr>
        <w:tc>
          <w:tcPr>
            <w:tcW w:w="10772" w:type="dxa"/>
          </w:tcPr>
          <w:p w14:paraId="5B4ACC53" w14:textId="77777777" w:rsidR="00804F49" w:rsidRDefault="0049747B">
            <w:r>
              <w:rPr>
                <w:noProof/>
              </w:rPr>
              <w:drawing>
                <wp:inline distT="0" distB="0" distL="0" distR="0" wp14:anchorId="419AA7B6" wp14:editId="6520D49F">
                  <wp:extent cx="1045293" cy="2880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_rgb.png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5293" cy="2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F8D77BF" w14:textId="77777777" w:rsidR="00804F49" w:rsidRDefault="0049747B">
            <w:pPr>
              <w:spacing w:before="80"/>
            </w:pPr>
            <w:r>
              <w:rPr>
                <w:rFonts w:cs="Secca KjG"/>
                <w:b/>
                <w:color w:val="CC0740"/>
                <w:sz w:val="40"/>
              </w:rPr>
              <w:t>Stimmzettel</w:t>
            </w:r>
          </w:p>
          <w:p w14:paraId="5137D44B" w14:textId="77777777" w:rsidR="00804F49" w:rsidRDefault="0049747B">
            <w:pPr>
              <w:spacing w:after="80"/>
            </w:pPr>
            <w:r>
              <w:rPr>
                <w:rFonts w:cs="Secca KjG"/>
                <w:color w:val="5A5A5A"/>
              </w:rPr>
              <w:t>Mitgliederversammlung der KjG ______________________ am ____________</w:t>
            </w:r>
          </w:p>
          <w:p w14:paraId="65D82F64" w14:textId="77777777" w:rsidR="00804F49" w:rsidRDefault="0049747B">
            <w:pPr>
              <w:spacing w:before="120" w:after="40"/>
            </w:pPr>
            <w:r>
              <w:rPr>
                <w:rFonts w:cs="Secca KjG"/>
                <w:b/>
                <w:color w:val="00517B"/>
                <w:sz w:val="22"/>
              </w:rPr>
              <w:t>Ortsleiterinnen (bis zu 2 Plätze)</w:t>
            </w:r>
          </w:p>
          <w:tbl>
            <w:tblPr>
              <w:tblW w:w="0" w:type="auto"/>
              <w:tblBorders>
                <w:top w:val="single" w:sz="4" w:space="0" w:color="B9D3EA"/>
                <w:left w:val="single" w:sz="4" w:space="0" w:color="B9D3EA"/>
                <w:bottom w:val="single" w:sz="4" w:space="0" w:color="B9D3EA"/>
                <w:right w:val="single" w:sz="4" w:space="0" w:color="B9D3EA"/>
                <w:insideH w:val="single" w:sz="4" w:space="0" w:color="B9D3EA"/>
                <w:insideV w:val="single" w:sz="4" w:space="0" w:color="B9D3EA"/>
              </w:tblBorders>
              <w:tblLayout w:type="fixed"/>
              <w:tblCellMar>
                <w:top w:w="40" w:type="dxa"/>
                <w:left w:w="80" w:type="dxa"/>
                <w:bottom w:w="40" w:type="dxa"/>
                <w:right w:w="80" w:type="dxa"/>
              </w:tblCellMar>
              <w:tblLook w:val="04A0" w:firstRow="1" w:lastRow="0" w:firstColumn="1" w:lastColumn="0" w:noHBand="0" w:noVBand="1"/>
            </w:tblPr>
            <w:tblGrid>
              <w:gridCol w:w="6350"/>
              <w:gridCol w:w="1304"/>
              <w:gridCol w:w="1304"/>
              <w:gridCol w:w="1304"/>
            </w:tblGrid>
            <w:tr w:rsidR="00804F49" w14:paraId="7D860404" w14:textId="77777777">
              <w:trPr>
                <w:trHeight w:hRule="exact" w:val="283"/>
              </w:trPr>
              <w:tc>
                <w:tcPr>
                  <w:tcW w:w="6350" w:type="dxa"/>
                  <w:vAlign w:val="center"/>
                </w:tcPr>
                <w:p w14:paraId="319EE99E" w14:textId="77777777" w:rsidR="00804F49" w:rsidRDefault="0049747B">
                  <w:r>
                    <w:rPr>
                      <w:rFonts w:cs="Secca KjG"/>
                      <w:b/>
                      <w:color w:val="00517B"/>
                      <w:sz w:val="18"/>
                    </w:rPr>
                    <w:t>Name</w:t>
                  </w:r>
                </w:p>
              </w:tc>
              <w:tc>
                <w:tcPr>
                  <w:tcW w:w="1304" w:type="dxa"/>
                  <w:vAlign w:val="center"/>
                </w:tcPr>
                <w:p w14:paraId="38752785" w14:textId="77777777" w:rsidR="00804F49" w:rsidRDefault="0049747B">
                  <w:pPr>
                    <w:jc w:val="center"/>
                  </w:pPr>
                  <w:r>
                    <w:rPr>
                      <w:rFonts w:cs="Secca KjG"/>
                      <w:b/>
                      <w:color w:val="00517B"/>
                      <w:sz w:val="18"/>
                    </w:rPr>
                    <w:t>Ja</w:t>
                  </w:r>
                </w:p>
              </w:tc>
              <w:tc>
                <w:tcPr>
                  <w:tcW w:w="1304" w:type="dxa"/>
                  <w:vAlign w:val="center"/>
                </w:tcPr>
                <w:p w14:paraId="0179D9FC" w14:textId="77777777" w:rsidR="00804F49" w:rsidRDefault="0049747B">
                  <w:pPr>
                    <w:jc w:val="center"/>
                  </w:pPr>
                  <w:r>
                    <w:rPr>
                      <w:rFonts w:cs="Secca KjG"/>
                      <w:b/>
                      <w:color w:val="00517B"/>
                      <w:sz w:val="18"/>
                    </w:rPr>
                    <w:t>Nein</w:t>
                  </w:r>
                </w:p>
              </w:tc>
              <w:tc>
                <w:tcPr>
                  <w:tcW w:w="1304" w:type="dxa"/>
                  <w:vAlign w:val="center"/>
                </w:tcPr>
                <w:p w14:paraId="3AAC42A8" w14:textId="77777777" w:rsidR="00804F49" w:rsidRDefault="0049747B">
                  <w:pPr>
                    <w:jc w:val="center"/>
                  </w:pPr>
                  <w:r>
                    <w:rPr>
                      <w:rFonts w:cs="Secca KjG"/>
                      <w:b/>
                      <w:color w:val="00517B"/>
                      <w:sz w:val="18"/>
                    </w:rPr>
                    <w:t>Enthaltung</w:t>
                  </w:r>
                </w:p>
              </w:tc>
            </w:tr>
            <w:tr w:rsidR="00804F49" w14:paraId="0BD48930" w14:textId="77777777">
              <w:trPr>
                <w:trHeight w:hRule="exact" w:val="397"/>
              </w:trPr>
              <w:tc>
                <w:tcPr>
                  <w:tcW w:w="6350" w:type="dxa"/>
                </w:tcPr>
                <w:p w14:paraId="195502B8" w14:textId="77777777" w:rsidR="00804F49" w:rsidRDefault="00804F49"/>
              </w:tc>
              <w:tc>
                <w:tcPr>
                  <w:tcW w:w="1304" w:type="dxa"/>
                  <w:vAlign w:val="center"/>
                </w:tcPr>
                <w:p w14:paraId="6D560AA8" w14:textId="77777777" w:rsidR="00804F49" w:rsidRDefault="0049747B">
                  <w:pPr>
                    <w:jc w:val="center"/>
                  </w:pPr>
                  <w:r>
                    <w:rPr>
                      <w:rFonts w:ascii="Segoe UI Symbol" w:eastAsia="Segoe UI Symbol" w:hAnsi="Segoe UI Symbol" w:cs="Segoe UI Symbol"/>
                      <w:color w:val="00517B"/>
                      <w:sz w:val="32"/>
                    </w:rPr>
                    <w:t>☐</w:t>
                  </w:r>
                </w:p>
              </w:tc>
              <w:tc>
                <w:tcPr>
                  <w:tcW w:w="1304" w:type="dxa"/>
                  <w:vAlign w:val="center"/>
                </w:tcPr>
                <w:p w14:paraId="18E3C99E" w14:textId="77777777" w:rsidR="00804F49" w:rsidRDefault="0049747B">
                  <w:pPr>
                    <w:jc w:val="center"/>
                  </w:pPr>
                  <w:r>
                    <w:rPr>
                      <w:rFonts w:ascii="Segoe UI Symbol" w:eastAsia="Segoe UI Symbol" w:hAnsi="Segoe UI Symbol" w:cs="Segoe UI Symbol"/>
                      <w:color w:val="00517B"/>
                      <w:sz w:val="32"/>
                    </w:rPr>
                    <w:t>☐</w:t>
                  </w:r>
                </w:p>
              </w:tc>
              <w:tc>
                <w:tcPr>
                  <w:tcW w:w="1304" w:type="dxa"/>
                  <w:vAlign w:val="center"/>
                </w:tcPr>
                <w:p w14:paraId="75BA6C2A" w14:textId="77777777" w:rsidR="00804F49" w:rsidRDefault="0049747B">
                  <w:pPr>
                    <w:jc w:val="center"/>
                  </w:pPr>
                  <w:r>
                    <w:rPr>
                      <w:rFonts w:ascii="Segoe UI Symbol" w:eastAsia="Segoe UI Symbol" w:hAnsi="Segoe UI Symbol" w:cs="Segoe UI Symbol"/>
                      <w:color w:val="00517B"/>
                      <w:sz w:val="32"/>
                    </w:rPr>
                    <w:t>☐</w:t>
                  </w:r>
                </w:p>
              </w:tc>
            </w:tr>
            <w:tr w:rsidR="00804F49" w14:paraId="57CA8AC3" w14:textId="77777777">
              <w:trPr>
                <w:trHeight w:hRule="exact" w:val="397"/>
              </w:trPr>
              <w:tc>
                <w:tcPr>
                  <w:tcW w:w="6350" w:type="dxa"/>
                </w:tcPr>
                <w:p w14:paraId="739FA8B6" w14:textId="77777777" w:rsidR="00804F49" w:rsidRDefault="00804F49"/>
              </w:tc>
              <w:tc>
                <w:tcPr>
                  <w:tcW w:w="1304" w:type="dxa"/>
                  <w:vAlign w:val="center"/>
                </w:tcPr>
                <w:p w14:paraId="4F1849C0" w14:textId="77777777" w:rsidR="00804F49" w:rsidRDefault="0049747B">
                  <w:pPr>
                    <w:jc w:val="center"/>
                  </w:pPr>
                  <w:r>
                    <w:rPr>
                      <w:rFonts w:ascii="Segoe UI Symbol" w:eastAsia="Segoe UI Symbol" w:hAnsi="Segoe UI Symbol" w:cs="Segoe UI Symbol"/>
                      <w:color w:val="00517B"/>
                      <w:sz w:val="32"/>
                    </w:rPr>
                    <w:t>☐</w:t>
                  </w:r>
                </w:p>
              </w:tc>
              <w:tc>
                <w:tcPr>
                  <w:tcW w:w="1304" w:type="dxa"/>
                  <w:vAlign w:val="center"/>
                </w:tcPr>
                <w:p w14:paraId="71D2197F" w14:textId="77777777" w:rsidR="00804F49" w:rsidRDefault="0049747B">
                  <w:pPr>
                    <w:jc w:val="center"/>
                  </w:pPr>
                  <w:r>
                    <w:rPr>
                      <w:rFonts w:ascii="Segoe UI Symbol" w:eastAsia="Segoe UI Symbol" w:hAnsi="Segoe UI Symbol" w:cs="Segoe UI Symbol"/>
                      <w:color w:val="00517B"/>
                      <w:sz w:val="32"/>
                    </w:rPr>
                    <w:t>☐</w:t>
                  </w:r>
                </w:p>
              </w:tc>
              <w:tc>
                <w:tcPr>
                  <w:tcW w:w="1304" w:type="dxa"/>
                  <w:vAlign w:val="center"/>
                </w:tcPr>
                <w:p w14:paraId="242919AB" w14:textId="77777777" w:rsidR="00804F49" w:rsidRDefault="0049747B">
                  <w:pPr>
                    <w:jc w:val="center"/>
                  </w:pPr>
                  <w:r>
                    <w:rPr>
                      <w:rFonts w:ascii="Segoe UI Symbol" w:eastAsia="Segoe UI Symbol" w:hAnsi="Segoe UI Symbol" w:cs="Segoe UI Symbol"/>
                      <w:color w:val="00517B"/>
                      <w:sz w:val="32"/>
                    </w:rPr>
                    <w:t>☐</w:t>
                  </w:r>
                </w:p>
              </w:tc>
            </w:tr>
            <w:tr w:rsidR="00804F49" w14:paraId="2FB45410" w14:textId="77777777">
              <w:trPr>
                <w:trHeight w:hRule="exact" w:val="397"/>
              </w:trPr>
              <w:tc>
                <w:tcPr>
                  <w:tcW w:w="6350" w:type="dxa"/>
                </w:tcPr>
                <w:p w14:paraId="103A4C49" w14:textId="77777777" w:rsidR="00804F49" w:rsidRDefault="00804F49"/>
              </w:tc>
              <w:tc>
                <w:tcPr>
                  <w:tcW w:w="1304" w:type="dxa"/>
                  <w:vAlign w:val="center"/>
                </w:tcPr>
                <w:p w14:paraId="278D4026" w14:textId="77777777" w:rsidR="00804F49" w:rsidRDefault="0049747B">
                  <w:pPr>
                    <w:jc w:val="center"/>
                  </w:pPr>
                  <w:r>
                    <w:rPr>
                      <w:rFonts w:ascii="Segoe UI Symbol" w:eastAsia="Segoe UI Symbol" w:hAnsi="Segoe UI Symbol" w:cs="Segoe UI Symbol"/>
                      <w:color w:val="00517B"/>
                      <w:sz w:val="32"/>
                    </w:rPr>
                    <w:t>☐</w:t>
                  </w:r>
                </w:p>
              </w:tc>
              <w:tc>
                <w:tcPr>
                  <w:tcW w:w="1304" w:type="dxa"/>
                  <w:vAlign w:val="center"/>
                </w:tcPr>
                <w:p w14:paraId="70E2AB0C" w14:textId="77777777" w:rsidR="00804F49" w:rsidRDefault="0049747B">
                  <w:pPr>
                    <w:jc w:val="center"/>
                  </w:pPr>
                  <w:r>
                    <w:rPr>
                      <w:rFonts w:ascii="Segoe UI Symbol" w:eastAsia="Segoe UI Symbol" w:hAnsi="Segoe UI Symbol" w:cs="Segoe UI Symbol"/>
                      <w:color w:val="00517B"/>
                      <w:sz w:val="32"/>
                    </w:rPr>
                    <w:t>☐</w:t>
                  </w:r>
                </w:p>
              </w:tc>
              <w:tc>
                <w:tcPr>
                  <w:tcW w:w="1304" w:type="dxa"/>
                  <w:vAlign w:val="center"/>
                </w:tcPr>
                <w:p w14:paraId="42C8E2DF" w14:textId="77777777" w:rsidR="00804F49" w:rsidRDefault="0049747B">
                  <w:pPr>
                    <w:jc w:val="center"/>
                  </w:pPr>
                  <w:r>
                    <w:rPr>
                      <w:rFonts w:ascii="Segoe UI Symbol" w:eastAsia="Segoe UI Symbol" w:hAnsi="Segoe UI Symbol" w:cs="Segoe UI Symbol"/>
                      <w:color w:val="00517B"/>
                      <w:sz w:val="32"/>
                    </w:rPr>
                    <w:t>☐</w:t>
                  </w:r>
                </w:p>
              </w:tc>
            </w:tr>
          </w:tbl>
          <w:p w14:paraId="3409B57E" w14:textId="77777777" w:rsidR="00804F49" w:rsidRDefault="0049747B">
            <w:pPr>
              <w:spacing w:before="120" w:after="40"/>
            </w:pPr>
            <w:r>
              <w:rPr>
                <w:rFonts w:cs="Secca KjG"/>
                <w:b/>
                <w:color w:val="00517B"/>
                <w:sz w:val="22"/>
              </w:rPr>
              <w:t>Ortsleiter (bis zu 2 Plätze)</w:t>
            </w:r>
          </w:p>
          <w:tbl>
            <w:tblPr>
              <w:tblW w:w="0" w:type="auto"/>
              <w:tblBorders>
                <w:top w:val="single" w:sz="4" w:space="0" w:color="B9D3EA"/>
                <w:left w:val="single" w:sz="4" w:space="0" w:color="B9D3EA"/>
                <w:bottom w:val="single" w:sz="4" w:space="0" w:color="B9D3EA"/>
                <w:right w:val="single" w:sz="4" w:space="0" w:color="B9D3EA"/>
                <w:insideH w:val="single" w:sz="4" w:space="0" w:color="B9D3EA"/>
                <w:insideV w:val="single" w:sz="4" w:space="0" w:color="B9D3EA"/>
              </w:tblBorders>
              <w:tblLayout w:type="fixed"/>
              <w:tblCellMar>
                <w:top w:w="40" w:type="dxa"/>
                <w:left w:w="80" w:type="dxa"/>
                <w:bottom w:w="40" w:type="dxa"/>
                <w:right w:w="80" w:type="dxa"/>
              </w:tblCellMar>
              <w:tblLook w:val="04A0" w:firstRow="1" w:lastRow="0" w:firstColumn="1" w:lastColumn="0" w:noHBand="0" w:noVBand="1"/>
            </w:tblPr>
            <w:tblGrid>
              <w:gridCol w:w="6350"/>
              <w:gridCol w:w="1304"/>
              <w:gridCol w:w="1304"/>
              <w:gridCol w:w="1304"/>
            </w:tblGrid>
            <w:tr w:rsidR="00804F49" w14:paraId="2517554B" w14:textId="77777777">
              <w:trPr>
                <w:trHeight w:hRule="exact" w:val="283"/>
              </w:trPr>
              <w:tc>
                <w:tcPr>
                  <w:tcW w:w="6350" w:type="dxa"/>
                  <w:vAlign w:val="center"/>
                </w:tcPr>
                <w:p w14:paraId="738467C8" w14:textId="77777777" w:rsidR="00804F49" w:rsidRDefault="0049747B">
                  <w:r>
                    <w:rPr>
                      <w:rFonts w:cs="Secca KjG"/>
                      <w:b/>
                      <w:color w:val="00517B"/>
                      <w:sz w:val="18"/>
                    </w:rPr>
                    <w:t>Name</w:t>
                  </w:r>
                </w:p>
              </w:tc>
              <w:tc>
                <w:tcPr>
                  <w:tcW w:w="1304" w:type="dxa"/>
                  <w:vAlign w:val="center"/>
                </w:tcPr>
                <w:p w14:paraId="398E48A9" w14:textId="77777777" w:rsidR="00804F49" w:rsidRDefault="0049747B">
                  <w:pPr>
                    <w:jc w:val="center"/>
                  </w:pPr>
                  <w:r>
                    <w:rPr>
                      <w:rFonts w:cs="Secca KjG"/>
                      <w:b/>
                      <w:color w:val="00517B"/>
                      <w:sz w:val="18"/>
                    </w:rPr>
                    <w:t>Ja</w:t>
                  </w:r>
                </w:p>
              </w:tc>
              <w:tc>
                <w:tcPr>
                  <w:tcW w:w="1304" w:type="dxa"/>
                  <w:vAlign w:val="center"/>
                </w:tcPr>
                <w:p w14:paraId="22864F8B" w14:textId="77777777" w:rsidR="00804F49" w:rsidRDefault="0049747B">
                  <w:pPr>
                    <w:jc w:val="center"/>
                  </w:pPr>
                  <w:r>
                    <w:rPr>
                      <w:rFonts w:cs="Secca KjG"/>
                      <w:b/>
                      <w:color w:val="00517B"/>
                      <w:sz w:val="18"/>
                    </w:rPr>
                    <w:t>Nein</w:t>
                  </w:r>
                </w:p>
              </w:tc>
              <w:tc>
                <w:tcPr>
                  <w:tcW w:w="1304" w:type="dxa"/>
                  <w:vAlign w:val="center"/>
                </w:tcPr>
                <w:p w14:paraId="15A63A4D" w14:textId="77777777" w:rsidR="00804F49" w:rsidRDefault="0049747B">
                  <w:pPr>
                    <w:jc w:val="center"/>
                  </w:pPr>
                  <w:r>
                    <w:rPr>
                      <w:rFonts w:cs="Secca KjG"/>
                      <w:b/>
                      <w:color w:val="00517B"/>
                      <w:sz w:val="18"/>
                    </w:rPr>
                    <w:t>Enthaltung</w:t>
                  </w:r>
                </w:p>
              </w:tc>
            </w:tr>
            <w:tr w:rsidR="00804F49" w14:paraId="149B592D" w14:textId="77777777">
              <w:trPr>
                <w:trHeight w:hRule="exact" w:val="397"/>
              </w:trPr>
              <w:tc>
                <w:tcPr>
                  <w:tcW w:w="6350" w:type="dxa"/>
                </w:tcPr>
                <w:p w14:paraId="0B2FF65E" w14:textId="77777777" w:rsidR="00804F49" w:rsidRDefault="00804F49"/>
              </w:tc>
              <w:tc>
                <w:tcPr>
                  <w:tcW w:w="1304" w:type="dxa"/>
                  <w:vAlign w:val="center"/>
                </w:tcPr>
                <w:p w14:paraId="4A0B18A3" w14:textId="77777777" w:rsidR="00804F49" w:rsidRDefault="0049747B">
                  <w:pPr>
                    <w:jc w:val="center"/>
                  </w:pPr>
                  <w:r>
                    <w:rPr>
                      <w:rFonts w:ascii="Segoe UI Symbol" w:eastAsia="Segoe UI Symbol" w:hAnsi="Segoe UI Symbol" w:cs="Segoe UI Symbol"/>
                      <w:color w:val="00517B"/>
                      <w:sz w:val="32"/>
                    </w:rPr>
                    <w:t>☐</w:t>
                  </w:r>
                </w:p>
              </w:tc>
              <w:tc>
                <w:tcPr>
                  <w:tcW w:w="1304" w:type="dxa"/>
                  <w:vAlign w:val="center"/>
                </w:tcPr>
                <w:p w14:paraId="26BD10AA" w14:textId="77777777" w:rsidR="00804F49" w:rsidRDefault="0049747B">
                  <w:pPr>
                    <w:jc w:val="center"/>
                  </w:pPr>
                  <w:r>
                    <w:rPr>
                      <w:rFonts w:ascii="Segoe UI Symbol" w:eastAsia="Segoe UI Symbol" w:hAnsi="Segoe UI Symbol" w:cs="Segoe UI Symbol"/>
                      <w:color w:val="00517B"/>
                      <w:sz w:val="32"/>
                    </w:rPr>
                    <w:t>☐</w:t>
                  </w:r>
                </w:p>
              </w:tc>
              <w:tc>
                <w:tcPr>
                  <w:tcW w:w="1304" w:type="dxa"/>
                  <w:vAlign w:val="center"/>
                </w:tcPr>
                <w:p w14:paraId="3E350F5E" w14:textId="77777777" w:rsidR="00804F49" w:rsidRDefault="0049747B">
                  <w:pPr>
                    <w:jc w:val="center"/>
                  </w:pPr>
                  <w:r>
                    <w:rPr>
                      <w:rFonts w:ascii="Segoe UI Symbol" w:eastAsia="Segoe UI Symbol" w:hAnsi="Segoe UI Symbol" w:cs="Segoe UI Symbol"/>
                      <w:color w:val="00517B"/>
                      <w:sz w:val="32"/>
                    </w:rPr>
                    <w:t>☐</w:t>
                  </w:r>
                </w:p>
              </w:tc>
            </w:tr>
            <w:tr w:rsidR="00804F49" w14:paraId="068A287D" w14:textId="77777777">
              <w:trPr>
                <w:trHeight w:hRule="exact" w:val="397"/>
              </w:trPr>
              <w:tc>
                <w:tcPr>
                  <w:tcW w:w="6350" w:type="dxa"/>
                </w:tcPr>
                <w:p w14:paraId="26B8C687" w14:textId="77777777" w:rsidR="00804F49" w:rsidRDefault="00804F49"/>
              </w:tc>
              <w:tc>
                <w:tcPr>
                  <w:tcW w:w="1304" w:type="dxa"/>
                  <w:vAlign w:val="center"/>
                </w:tcPr>
                <w:p w14:paraId="19A4DED8" w14:textId="77777777" w:rsidR="00804F49" w:rsidRDefault="0049747B">
                  <w:pPr>
                    <w:jc w:val="center"/>
                  </w:pPr>
                  <w:r>
                    <w:rPr>
                      <w:rFonts w:ascii="Segoe UI Symbol" w:eastAsia="Segoe UI Symbol" w:hAnsi="Segoe UI Symbol" w:cs="Segoe UI Symbol"/>
                      <w:color w:val="00517B"/>
                      <w:sz w:val="32"/>
                    </w:rPr>
                    <w:t>☐</w:t>
                  </w:r>
                </w:p>
              </w:tc>
              <w:tc>
                <w:tcPr>
                  <w:tcW w:w="1304" w:type="dxa"/>
                  <w:vAlign w:val="center"/>
                </w:tcPr>
                <w:p w14:paraId="6505C7FA" w14:textId="77777777" w:rsidR="00804F49" w:rsidRDefault="0049747B">
                  <w:pPr>
                    <w:jc w:val="center"/>
                  </w:pPr>
                  <w:r>
                    <w:rPr>
                      <w:rFonts w:ascii="Segoe UI Symbol" w:eastAsia="Segoe UI Symbol" w:hAnsi="Segoe UI Symbol" w:cs="Segoe UI Symbol"/>
                      <w:color w:val="00517B"/>
                      <w:sz w:val="32"/>
                    </w:rPr>
                    <w:t>☐</w:t>
                  </w:r>
                </w:p>
              </w:tc>
              <w:tc>
                <w:tcPr>
                  <w:tcW w:w="1304" w:type="dxa"/>
                  <w:vAlign w:val="center"/>
                </w:tcPr>
                <w:p w14:paraId="29D5B4E9" w14:textId="77777777" w:rsidR="00804F49" w:rsidRDefault="0049747B">
                  <w:pPr>
                    <w:jc w:val="center"/>
                  </w:pPr>
                  <w:r>
                    <w:rPr>
                      <w:rFonts w:ascii="Segoe UI Symbol" w:eastAsia="Segoe UI Symbol" w:hAnsi="Segoe UI Symbol" w:cs="Segoe UI Symbol"/>
                      <w:color w:val="00517B"/>
                      <w:sz w:val="32"/>
                    </w:rPr>
                    <w:t>☐</w:t>
                  </w:r>
                </w:p>
              </w:tc>
            </w:tr>
            <w:tr w:rsidR="00804F49" w14:paraId="4F8CE9B1" w14:textId="77777777">
              <w:trPr>
                <w:trHeight w:hRule="exact" w:val="397"/>
              </w:trPr>
              <w:tc>
                <w:tcPr>
                  <w:tcW w:w="6350" w:type="dxa"/>
                </w:tcPr>
                <w:p w14:paraId="7D3FEEB7" w14:textId="77777777" w:rsidR="00804F49" w:rsidRDefault="00804F49"/>
              </w:tc>
              <w:tc>
                <w:tcPr>
                  <w:tcW w:w="1304" w:type="dxa"/>
                  <w:vAlign w:val="center"/>
                </w:tcPr>
                <w:p w14:paraId="18B5E23C" w14:textId="77777777" w:rsidR="00804F49" w:rsidRDefault="0049747B">
                  <w:pPr>
                    <w:jc w:val="center"/>
                  </w:pPr>
                  <w:r>
                    <w:rPr>
                      <w:rFonts w:ascii="Segoe UI Symbol" w:eastAsia="Segoe UI Symbol" w:hAnsi="Segoe UI Symbol" w:cs="Segoe UI Symbol"/>
                      <w:color w:val="00517B"/>
                      <w:sz w:val="32"/>
                    </w:rPr>
                    <w:t>☐</w:t>
                  </w:r>
                </w:p>
              </w:tc>
              <w:tc>
                <w:tcPr>
                  <w:tcW w:w="1304" w:type="dxa"/>
                  <w:vAlign w:val="center"/>
                </w:tcPr>
                <w:p w14:paraId="14B4E61A" w14:textId="77777777" w:rsidR="00804F49" w:rsidRDefault="0049747B">
                  <w:pPr>
                    <w:jc w:val="center"/>
                  </w:pPr>
                  <w:r>
                    <w:rPr>
                      <w:rFonts w:ascii="Segoe UI Symbol" w:eastAsia="Segoe UI Symbol" w:hAnsi="Segoe UI Symbol" w:cs="Segoe UI Symbol"/>
                      <w:color w:val="00517B"/>
                      <w:sz w:val="32"/>
                    </w:rPr>
                    <w:t>☐</w:t>
                  </w:r>
                </w:p>
              </w:tc>
              <w:tc>
                <w:tcPr>
                  <w:tcW w:w="1304" w:type="dxa"/>
                  <w:vAlign w:val="center"/>
                </w:tcPr>
                <w:p w14:paraId="7AEC1FCD" w14:textId="77777777" w:rsidR="00804F49" w:rsidRDefault="0049747B">
                  <w:pPr>
                    <w:jc w:val="center"/>
                  </w:pPr>
                  <w:r>
                    <w:rPr>
                      <w:rFonts w:ascii="Segoe UI Symbol" w:eastAsia="Segoe UI Symbol" w:hAnsi="Segoe UI Symbol" w:cs="Segoe UI Symbol"/>
                      <w:color w:val="00517B"/>
                      <w:sz w:val="32"/>
                    </w:rPr>
                    <w:t>☐</w:t>
                  </w:r>
                </w:p>
              </w:tc>
            </w:tr>
          </w:tbl>
          <w:p w14:paraId="6BEE0CA1" w14:textId="77777777" w:rsidR="00804F49" w:rsidRDefault="0049747B">
            <w:pPr>
              <w:spacing w:before="120" w:after="40"/>
            </w:pPr>
            <w:r>
              <w:rPr>
                <w:rFonts w:cs="Secca KjG"/>
                <w:b/>
                <w:color w:val="00517B"/>
                <w:sz w:val="22"/>
              </w:rPr>
              <w:t>Person, die sich nicht im binären Geschlechtersystem wiederfindet (1 Platz)</w:t>
            </w:r>
          </w:p>
          <w:tbl>
            <w:tblPr>
              <w:tblW w:w="0" w:type="auto"/>
              <w:tblBorders>
                <w:top w:val="single" w:sz="4" w:space="0" w:color="B9D3EA"/>
                <w:left w:val="single" w:sz="4" w:space="0" w:color="B9D3EA"/>
                <w:bottom w:val="single" w:sz="4" w:space="0" w:color="B9D3EA"/>
                <w:right w:val="single" w:sz="4" w:space="0" w:color="B9D3EA"/>
                <w:insideH w:val="single" w:sz="4" w:space="0" w:color="B9D3EA"/>
                <w:insideV w:val="single" w:sz="4" w:space="0" w:color="B9D3EA"/>
              </w:tblBorders>
              <w:tblLayout w:type="fixed"/>
              <w:tblCellMar>
                <w:top w:w="40" w:type="dxa"/>
                <w:left w:w="80" w:type="dxa"/>
                <w:bottom w:w="40" w:type="dxa"/>
                <w:right w:w="80" w:type="dxa"/>
              </w:tblCellMar>
              <w:tblLook w:val="04A0" w:firstRow="1" w:lastRow="0" w:firstColumn="1" w:lastColumn="0" w:noHBand="0" w:noVBand="1"/>
            </w:tblPr>
            <w:tblGrid>
              <w:gridCol w:w="6350"/>
              <w:gridCol w:w="1304"/>
              <w:gridCol w:w="1304"/>
              <w:gridCol w:w="1304"/>
            </w:tblGrid>
            <w:tr w:rsidR="00804F49" w14:paraId="0585AA21" w14:textId="77777777">
              <w:trPr>
                <w:trHeight w:hRule="exact" w:val="283"/>
              </w:trPr>
              <w:tc>
                <w:tcPr>
                  <w:tcW w:w="6350" w:type="dxa"/>
                  <w:vAlign w:val="center"/>
                </w:tcPr>
                <w:p w14:paraId="26677AD2" w14:textId="77777777" w:rsidR="00804F49" w:rsidRDefault="0049747B">
                  <w:r>
                    <w:rPr>
                      <w:rFonts w:cs="Secca KjG"/>
                      <w:b/>
                      <w:color w:val="00517B"/>
                      <w:sz w:val="18"/>
                    </w:rPr>
                    <w:t>Name</w:t>
                  </w:r>
                </w:p>
              </w:tc>
              <w:tc>
                <w:tcPr>
                  <w:tcW w:w="1304" w:type="dxa"/>
                  <w:vAlign w:val="center"/>
                </w:tcPr>
                <w:p w14:paraId="6ADF875A" w14:textId="77777777" w:rsidR="00804F49" w:rsidRDefault="0049747B">
                  <w:pPr>
                    <w:jc w:val="center"/>
                  </w:pPr>
                  <w:r>
                    <w:rPr>
                      <w:rFonts w:cs="Secca KjG"/>
                      <w:b/>
                      <w:color w:val="00517B"/>
                      <w:sz w:val="18"/>
                    </w:rPr>
                    <w:t>Ja</w:t>
                  </w:r>
                </w:p>
              </w:tc>
              <w:tc>
                <w:tcPr>
                  <w:tcW w:w="1304" w:type="dxa"/>
                  <w:vAlign w:val="center"/>
                </w:tcPr>
                <w:p w14:paraId="1C588953" w14:textId="77777777" w:rsidR="00804F49" w:rsidRDefault="0049747B">
                  <w:pPr>
                    <w:jc w:val="center"/>
                  </w:pPr>
                  <w:r>
                    <w:rPr>
                      <w:rFonts w:cs="Secca KjG"/>
                      <w:b/>
                      <w:color w:val="00517B"/>
                      <w:sz w:val="18"/>
                    </w:rPr>
                    <w:t>Nein</w:t>
                  </w:r>
                </w:p>
              </w:tc>
              <w:tc>
                <w:tcPr>
                  <w:tcW w:w="1304" w:type="dxa"/>
                  <w:vAlign w:val="center"/>
                </w:tcPr>
                <w:p w14:paraId="0B98F1EC" w14:textId="77777777" w:rsidR="00804F49" w:rsidRDefault="0049747B">
                  <w:pPr>
                    <w:jc w:val="center"/>
                  </w:pPr>
                  <w:r>
                    <w:rPr>
                      <w:rFonts w:cs="Secca KjG"/>
                      <w:b/>
                      <w:color w:val="00517B"/>
                      <w:sz w:val="18"/>
                    </w:rPr>
                    <w:t>Enthaltung</w:t>
                  </w:r>
                </w:p>
              </w:tc>
            </w:tr>
            <w:tr w:rsidR="00804F49" w14:paraId="5076A31F" w14:textId="77777777">
              <w:trPr>
                <w:trHeight w:hRule="exact" w:val="397"/>
              </w:trPr>
              <w:tc>
                <w:tcPr>
                  <w:tcW w:w="6350" w:type="dxa"/>
                </w:tcPr>
                <w:p w14:paraId="73DC5AB9" w14:textId="77777777" w:rsidR="00804F49" w:rsidRDefault="00804F49"/>
              </w:tc>
              <w:tc>
                <w:tcPr>
                  <w:tcW w:w="1304" w:type="dxa"/>
                  <w:vAlign w:val="center"/>
                </w:tcPr>
                <w:p w14:paraId="679167E3" w14:textId="77777777" w:rsidR="00804F49" w:rsidRDefault="0049747B">
                  <w:pPr>
                    <w:jc w:val="center"/>
                  </w:pPr>
                  <w:r>
                    <w:rPr>
                      <w:rFonts w:ascii="Segoe UI Symbol" w:eastAsia="Segoe UI Symbol" w:hAnsi="Segoe UI Symbol" w:cs="Segoe UI Symbol"/>
                      <w:color w:val="00517B"/>
                      <w:sz w:val="32"/>
                    </w:rPr>
                    <w:t>☐</w:t>
                  </w:r>
                </w:p>
              </w:tc>
              <w:tc>
                <w:tcPr>
                  <w:tcW w:w="1304" w:type="dxa"/>
                  <w:vAlign w:val="center"/>
                </w:tcPr>
                <w:p w14:paraId="504B52E5" w14:textId="77777777" w:rsidR="00804F49" w:rsidRDefault="0049747B">
                  <w:pPr>
                    <w:jc w:val="center"/>
                  </w:pPr>
                  <w:r>
                    <w:rPr>
                      <w:rFonts w:ascii="Segoe UI Symbol" w:eastAsia="Segoe UI Symbol" w:hAnsi="Segoe UI Symbol" w:cs="Segoe UI Symbol"/>
                      <w:color w:val="00517B"/>
                      <w:sz w:val="32"/>
                    </w:rPr>
                    <w:t>☐</w:t>
                  </w:r>
                </w:p>
              </w:tc>
              <w:tc>
                <w:tcPr>
                  <w:tcW w:w="1304" w:type="dxa"/>
                  <w:vAlign w:val="center"/>
                </w:tcPr>
                <w:p w14:paraId="74B7F674" w14:textId="77777777" w:rsidR="00804F49" w:rsidRDefault="0049747B">
                  <w:pPr>
                    <w:jc w:val="center"/>
                  </w:pPr>
                  <w:r>
                    <w:rPr>
                      <w:rFonts w:ascii="Segoe UI Symbol" w:eastAsia="Segoe UI Symbol" w:hAnsi="Segoe UI Symbol" w:cs="Segoe UI Symbol"/>
                      <w:color w:val="00517B"/>
                      <w:sz w:val="32"/>
                    </w:rPr>
                    <w:t>☐</w:t>
                  </w:r>
                </w:p>
              </w:tc>
            </w:tr>
            <w:tr w:rsidR="00804F49" w14:paraId="5F339054" w14:textId="77777777">
              <w:trPr>
                <w:trHeight w:hRule="exact" w:val="397"/>
              </w:trPr>
              <w:tc>
                <w:tcPr>
                  <w:tcW w:w="6350" w:type="dxa"/>
                </w:tcPr>
                <w:p w14:paraId="725CB426" w14:textId="77777777" w:rsidR="00804F49" w:rsidRDefault="00804F49"/>
              </w:tc>
              <w:tc>
                <w:tcPr>
                  <w:tcW w:w="1304" w:type="dxa"/>
                  <w:vAlign w:val="center"/>
                </w:tcPr>
                <w:p w14:paraId="6978187A" w14:textId="77777777" w:rsidR="00804F49" w:rsidRDefault="0049747B">
                  <w:pPr>
                    <w:jc w:val="center"/>
                  </w:pPr>
                  <w:r>
                    <w:rPr>
                      <w:rFonts w:ascii="Segoe UI Symbol" w:eastAsia="Segoe UI Symbol" w:hAnsi="Segoe UI Symbol" w:cs="Segoe UI Symbol"/>
                      <w:color w:val="00517B"/>
                      <w:sz w:val="32"/>
                    </w:rPr>
                    <w:t>☐</w:t>
                  </w:r>
                </w:p>
              </w:tc>
              <w:tc>
                <w:tcPr>
                  <w:tcW w:w="1304" w:type="dxa"/>
                  <w:vAlign w:val="center"/>
                </w:tcPr>
                <w:p w14:paraId="3F4FF822" w14:textId="77777777" w:rsidR="00804F49" w:rsidRDefault="0049747B">
                  <w:pPr>
                    <w:jc w:val="center"/>
                  </w:pPr>
                  <w:r>
                    <w:rPr>
                      <w:rFonts w:ascii="Segoe UI Symbol" w:eastAsia="Segoe UI Symbol" w:hAnsi="Segoe UI Symbol" w:cs="Segoe UI Symbol"/>
                      <w:color w:val="00517B"/>
                      <w:sz w:val="32"/>
                    </w:rPr>
                    <w:t>☐</w:t>
                  </w:r>
                </w:p>
              </w:tc>
              <w:tc>
                <w:tcPr>
                  <w:tcW w:w="1304" w:type="dxa"/>
                  <w:vAlign w:val="center"/>
                </w:tcPr>
                <w:p w14:paraId="79EEF4D5" w14:textId="77777777" w:rsidR="00804F49" w:rsidRDefault="0049747B">
                  <w:pPr>
                    <w:jc w:val="center"/>
                  </w:pPr>
                  <w:r>
                    <w:rPr>
                      <w:rFonts w:ascii="Segoe UI Symbol" w:eastAsia="Segoe UI Symbol" w:hAnsi="Segoe UI Symbol" w:cs="Segoe UI Symbol"/>
                      <w:color w:val="00517B"/>
                      <w:sz w:val="32"/>
                    </w:rPr>
                    <w:t>☐</w:t>
                  </w:r>
                </w:p>
              </w:tc>
            </w:tr>
          </w:tbl>
          <w:p w14:paraId="5834D795" w14:textId="77777777" w:rsidR="00804F49" w:rsidRDefault="0049747B">
            <w:pPr>
              <w:spacing w:before="100"/>
            </w:pPr>
            <w:r>
              <w:rPr>
                <w:rFonts w:cs="Secca KjG"/>
                <w:color w:val="5A5A5A"/>
                <w:sz w:val="16"/>
              </w:rPr>
              <w:t>Bei jeder Person genau ein Kreuz: Ja, Nein oder Enthaltung. Bitte nichts dazuschreiben, sonst ist der Stimmzettel ungültig.</w:t>
            </w:r>
          </w:p>
        </w:tc>
      </w:tr>
      <w:tr w:rsidR="00804F49" w14:paraId="5E90D89F" w14:textId="77777777">
        <w:trPr>
          <w:trHeight w:hRule="exact" w:val="7682"/>
          <w:jc w:val="center"/>
        </w:trPr>
        <w:tc>
          <w:tcPr>
            <w:tcW w:w="10772" w:type="dxa"/>
          </w:tcPr>
          <w:p w14:paraId="5D6BFD6D" w14:textId="77777777" w:rsidR="00804F49" w:rsidRDefault="0049747B">
            <w:r>
              <w:rPr>
                <w:noProof/>
              </w:rPr>
              <w:drawing>
                <wp:inline distT="0" distB="0" distL="0" distR="0" wp14:anchorId="3789B9FE" wp14:editId="39B12422">
                  <wp:extent cx="1045293" cy="28800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_rgb.png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5293" cy="2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2E63450" w14:textId="77777777" w:rsidR="00804F49" w:rsidRDefault="0049747B">
            <w:pPr>
              <w:spacing w:before="80"/>
            </w:pPr>
            <w:r>
              <w:rPr>
                <w:rFonts w:cs="Secca KjG"/>
                <w:b/>
                <w:color w:val="CC0740"/>
                <w:sz w:val="40"/>
              </w:rPr>
              <w:t>Stimmzettel</w:t>
            </w:r>
          </w:p>
          <w:p w14:paraId="2471A241" w14:textId="77777777" w:rsidR="00804F49" w:rsidRDefault="0049747B">
            <w:pPr>
              <w:spacing w:after="80"/>
            </w:pPr>
            <w:r>
              <w:rPr>
                <w:rFonts w:cs="Secca KjG"/>
                <w:color w:val="5A5A5A"/>
              </w:rPr>
              <w:t>Mitgliederversammlung der KjG ______________________ am ____________</w:t>
            </w:r>
          </w:p>
          <w:p w14:paraId="366A4C24" w14:textId="77777777" w:rsidR="00804F49" w:rsidRDefault="0049747B">
            <w:pPr>
              <w:spacing w:before="120" w:after="40"/>
            </w:pPr>
            <w:r>
              <w:rPr>
                <w:rFonts w:cs="Secca KjG"/>
                <w:b/>
                <w:color w:val="00517B"/>
                <w:sz w:val="22"/>
              </w:rPr>
              <w:t>Ortsleiterinnen (bis zu 2 Plätze)</w:t>
            </w:r>
          </w:p>
          <w:tbl>
            <w:tblPr>
              <w:tblW w:w="0" w:type="auto"/>
              <w:tblBorders>
                <w:top w:val="single" w:sz="4" w:space="0" w:color="B9D3EA"/>
                <w:left w:val="single" w:sz="4" w:space="0" w:color="B9D3EA"/>
                <w:bottom w:val="single" w:sz="4" w:space="0" w:color="B9D3EA"/>
                <w:right w:val="single" w:sz="4" w:space="0" w:color="B9D3EA"/>
                <w:insideH w:val="single" w:sz="4" w:space="0" w:color="B9D3EA"/>
                <w:insideV w:val="single" w:sz="4" w:space="0" w:color="B9D3EA"/>
              </w:tblBorders>
              <w:tblLayout w:type="fixed"/>
              <w:tblCellMar>
                <w:top w:w="40" w:type="dxa"/>
                <w:left w:w="80" w:type="dxa"/>
                <w:bottom w:w="40" w:type="dxa"/>
                <w:right w:w="80" w:type="dxa"/>
              </w:tblCellMar>
              <w:tblLook w:val="04A0" w:firstRow="1" w:lastRow="0" w:firstColumn="1" w:lastColumn="0" w:noHBand="0" w:noVBand="1"/>
            </w:tblPr>
            <w:tblGrid>
              <w:gridCol w:w="6350"/>
              <w:gridCol w:w="1304"/>
              <w:gridCol w:w="1304"/>
              <w:gridCol w:w="1304"/>
            </w:tblGrid>
            <w:tr w:rsidR="00804F49" w14:paraId="232205FD" w14:textId="77777777">
              <w:trPr>
                <w:trHeight w:hRule="exact" w:val="283"/>
              </w:trPr>
              <w:tc>
                <w:tcPr>
                  <w:tcW w:w="6350" w:type="dxa"/>
                  <w:vAlign w:val="center"/>
                </w:tcPr>
                <w:p w14:paraId="26F7C138" w14:textId="77777777" w:rsidR="00804F49" w:rsidRDefault="0049747B">
                  <w:r>
                    <w:rPr>
                      <w:rFonts w:cs="Secca KjG"/>
                      <w:b/>
                      <w:color w:val="00517B"/>
                      <w:sz w:val="18"/>
                    </w:rPr>
                    <w:t>Name</w:t>
                  </w:r>
                </w:p>
              </w:tc>
              <w:tc>
                <w:tcPr>
                  <w:tcW w:w="1304" w:type="dxa"/>
                  <w:vAlign w:val="center"/>
                </w:tcPr>
                <w:p w14:paraId="09BC4768" w14:textId="77777777" w:rsidR="00804F49" w:rsidRDefault="0049747B">
                  <w:pPr>
                    <w:jc w:val="center"/>
                  </w:pPr>
                  <w:r>
                    <w:rPr>
                      <w:rFonts w:cs="Secca KjG"/>
                      <w:b/>
                      <w:color w:val="00517B"/>
                      <w:sz w:val="18"/>
                    </w:rPr>
                    <w:t>Ja</w:t>
                  </w:r>
                </w:p>
              </w:tc>
              <w:tc>
                <w:tcPr>
                  <w:tcW w:w="1304" w:type="dxa"/>
                  <w:vAlign w:val="center"/>
                </w:tcPr>
                <w:p w14:paraId="170C0DE4" w14:textId="77777777" w:rsidR="00804F49" w:rsidRDefault="0049747B">
                  <w:pPr>
                    <w:jc w:val="center"/>
                  </w:pPr>
                  <w:r>
                    <w:rPr>
                      <w:rFonts w:cs="Secca KjG"/>
                      <w:b/>
                      <w:color w:val="00517B"/>
                      <w:sz w:val="18"/>
                    </w:rPr>
                    <w:t>Nein</w:t>
                  </w:r>
                </w:p>
              </w:tc>
              <w:tc>
                <w:tcPr>
                  <w:tcW w:w="1304" w:type="dxa"/>
                  <w:vAlign w:val="center"/>
                </w:tcPr>
                <w:p w14:paraId="447DA4A4" w14:textId="77777777" w:rsidR="00804F49" w:rsidRDefault="0049747B">
                  <w:pPr>
                    <w:jc w:val="center"/>
                  </w:pPr>
                  <w:r>
                    <w:rPr>
                      <w:rFonts w:cs="Secca KjG"/>
                      <w:b/>
                      <w:color w:val="00517B"/>
                      <w:sz w:val="18"/>
                    </w:rPr>
                    <w:t>Enthaltung</w:t>
                  </w:r>
                </w:p>
              </w:tc>
            </w:tr>
            <w:tr w:rsidR="00804F49" w14:paraId="1B897E03" w14:textId="77777777">
              <w:trPr>
                <w:trHeight w:hRule="exact" w:val="397"/>
              </w:trPr>
              <w:tc>
                <w:tcPr>
                  <w:tcW w:w="6350" w:type="dxa"/>
                </w:tcPr>
                <w:p w14:paraId="6B4C8FA7" w14:textId="77777777" w:rsidR="00804F49" w:rsidRDefault="00804F49"/>
              </w:tc>
              <w:tc>
                <w:tcPr>
                  <w:tcW w:w="1304" w:type="dxa"/>
                  <w:vAlign w:val="center"/>
                </w:tcPr>
                <w:p w14:paraId="732FE437" w14:textId="77777777" w:rsidR="00804F49" w:rsidRDefault="0049747B">
                  <w:pPr>
                    <w:jc w:val="center"/>
                  </w:pPr>
                  <w:r>
                    <w:rPr>
                      <w:rFonts w:ascii="Segoe UI Symbol" w:eastAsia="Segoe UI Symbol" w:hAnsi="Segoe UI Symbol" w:cs="Segoe UI Symbol"/>
                      <w:color w:val="00517B"/>
                      <w:sz w:val="32"/>
                    </w:rPr>
                    <w:t>☐</w:t>
                  </w:r>
                </w:p>
              </w:tc>
              <w:tc>
                <w:tcPr>
                  <w:tcW w:w="1304" w:type="dxa"/>
                  <w:vAlign w:val="center"/>
                </w:tcPr>
                <w:p w14:paraId="0F52F736" w14:textId="77777777" w:rsidR="00804F49" w:rsidRDefault="0049747B">
                  <w:pPr>
                    <w:jc w:val="center"/>
                  </w:pPr>
                  <w:r>
                    <w:rPr>
                      <w:rFonts w:ascii="Segoe UI Symbol" w:eastAsia="Segoe UI Symbol" w:hAnsi="Segoe UI Symbol" w:cs="Segoe UI Symbol"/>
                      <w:color w:val="00517B"/>
                      <w:sz w:val="32"/>
                    </w:rPr>
                    <w:t>☐</w:t>
                  </w:r>
                </w:p>
              </w:tc>
              <w:tc>
                <w:tcPr>
                  <w:tcW w:w="1304" w:type="dxa"/>
                  <w:vAlign w:val="center"/>
                </w:tcPr>
                <w:p w14:paraId="7CE29560" w14:textId="77777777" w:rsidR="00804F49" w:rsidRDefault="0049747B">
                  <w:pPr>
                    <w:jc w:val="center"/>
                  </w:pPr>
                  <w:r>
                    <w:rPr>
                      <w:rFonts w:ascii="Segoe UI Symbol" w:eastAsia="Segoe UI Symbol" w:hAnsi="Segoe UI Symbol" w:cs="Segoe UI Symbol"/>
                      <w:color w:val="00517B"/>
                      <w:sz w:val="32"/>
                    </w:rPr>
                    <w:t>☐</w:t>
                  </w:r>
                </w:p>
              </w:tc>
            </w:tr>
            <w:tr w:rsidR="00804F49" w14:paraId="57286ED6" w14:textId="77777777">
              <w:trPr>
                <w:trHeight w:hRule="exact" w:val="397"/>
              </w:trPr>
              <w:tc>
                <w:tcPr>
                  <w:tcW w:w="6350" w:type="dxa"/>
                </w:tcPr>
                <w:p w14:paraId="04B3EF91" w14:textId="77777777" w:rsidR="00804F49" w:rsidRDefault="00804F49"/>
              </w:tc>
              <w:tc>
                <w:tcPr>
                  <w:tcW w:w="1304" w:type="dxa"/>
                  <w:vAlign w:val="center"/>
                </w:tcPr>
                <w:p w14:paraId="05FA432E" w14:textId="77777777" w:rsidR="00804F49" w:rsidRDefault="0049747B">
                  <w:pPr>
                    <w:jc w:val="center"/>
                  </w:pPr>
                  <w:r>
                    <w:rPr>
                      <w:rFonts w:ascii="Segoe UI Symbol" w:eastAsia="Segoe UI Symbol" w:hAnsi="Segoe UI Symbol" w:cs="Segoe UI Symbol"/>
                      <w:color w:val="00517B"/>
                      <w:sz w:val="32"/>
                    </w:rPr>
                    <w:t>☐</w:t>
                  </w:r>
                </w:p>
              </w:tc>
              <w:tc>
                <w:tcPr>
                  <w:tcW w:w="1304" w:type="dxa"/>
                  <w:vAlign w:val="center"/>
                </w:tcPr>
                <w:p w14:paraId="6CEFE358" w14:textId="77777777" w:rsidR="00804F49" w:rsidRDefault="0049747B">
                  <w:pPr>
                    <w:jc w:val="center"/>
                  </w:pPr>
                  <w:r>
                    <w:rPr>
                      <w:rFonts w:ascii="Segoe UI Symbol" w:eastAsia="Segoe UI Symbol" w:hAnsi="Segoe UI Symbol" w:cs="Segoe UI Symbol"/>
                      <w:color w:val="00517B"/>
                      <w:sz w:val="32"/>
                    </w:rPr>
                    <w:t>☐</w:t>
                  </w:r>
                </w:p>
              </w:tc>
              <w:tc>
                <w:tcPr>
                  <w:tcW w:w="1304" w:type="dxa"/>
                  <w:vAlign w:val="center"/>
                </w:tcPr>
                <w:p w14:paraId="49F1AA8B" w14:textId="77777777" w:rsidR="00804F49" w:rsidRDefault="0049747B">
                  <w:pPr>
                    <w:jc w:val="center"/>
                  </w:pPr>
                  <w:r>
                    <w:rPr>
                      <w:rFonts w:ascii="Segoe UI Symbol" w:eastAsia="Segoe UI Symbol" w:hAnsi="Segoe UI Symbol" w:cs="Segoe UI Symbol"/>
                      <w:color w:val="00517B"/>
                      <w:sz w:val="32"/>
                    </w:rPr>
                    <w:t>☐</w:t>
                  </w:r>
                </w:p>
              </w:tc>
            </w:tr>
            <w:tr w:rsidR="00804F49" w14:paraId="48C1F0F4" w14:textId="77777777">
              <w:trPr>
                <w:trHeight w:hRule="exact" w:val="397"/>
              </w:trPr>
              <w:tc>
                <w:tcPr>
                  <w:tcW w:w="6350" w:type="dxa"/>
                </w:tcPr>
                <w:p w14:paraId="4530E780" w14:textId="77777777" w:rsidR="00804F49" w:rsidRDefault="00804F49"/>
              </w:tc>
              <w:tc>
                <w:tcPr>
                  <w:tcW w:w="1304" w:type="dxa"/>
                  <w:vAlign w:val="center"/>
                </w:tcPr>
                <w:p w14:paraId="002DF897" w14:textId="77777777" w:rsidR="00804F49" w:rsidRDefault="0049747B">
                  <w:pPr>
                    <w:jc w:val="center"/>
                  </w:pPr>
                  <w:r>
                    <w:rPr>
                      <w:rFonts w:ascii="Segoe UI Symbol" w:eastAsia="Segoe UI Symbol" w:hAnsi="Segoe UI Symbol" w:cs="Segoe UI Symbol"/>
                      <w:color w:val="00517B"/>
                      <w:sz w:val="32"/>
                    </w:rPr>
                    <w:t>☐</w:t>
                  </w:r>
                </w:p>
              </w:tc>
              <w:tc>
                <w:tcPr>
                  <w:tcW w:w="1304" w:type="dxa"/>
                  <w:vAlign w:val="center"/>
                </w:tcPr>
                <w:p w14:paraId="7EA65939" w14:textId="77777777" w:rsidR="00804F49" w:rsidRDefault="0049747B">
                  <w:pPr>
                    <w:jc w:val="center"/>
                  </w:pPr>
                  <w:r>
                    <w:rPr>
                      <w:rFonts w:ascii="Segoe UI Symbol" w:eastAsia="Segoe UI Symbol" w:hAnsi="Segoe UI Symbol" w:cs="Segoe UI Symbol"/>
                      <w:color w:val="00517B"/>
                      <w:sz w:val="32"/>
                    </w:rPr>
                    <w:t>☐</w:t>
                  </w:r>
                </w:p>
              </w:tc>
              <w:tc>
                <w:tcPr>
                  <w:tcW w:w="1304" w:type="dxa"/>
                  <w:vAlign w:val="center"/>
                </w:tcPr>
                <w:p w14:paraId="4EB9CB88" w14:textId="77777777" w:rsidR="00804F49" w:rsidRDefault="0049747B">
                  <w:pPr>
                    <w:jc w:val="center"/>
                  </w:pPr>
                  <w:r>
                    <w:rPr>
                      <w:rFonts w:ascii="Segoe UI Symbol" w:eastAsia="Segoe UI Symbol" w:hAnsi="Segoe UI Symbol" w:cs="Segoe UI Symbol"/>
                      <w:color w:val="00517B"/>
                      <w:sz w:val="32"/>
                    </w:rPr>
                    <w:t>☐</w:t>
                  </w:r>
                </w:p>
              </w:tc>
            </w:tr>
          </w:tbl>
          <w:p w14:paraId="5345A498" w14:textId="77777777" w:rsidR="00804F49" w:rsidRDefault="0049747B">
            <w:pPr>
              <w:spacing w:before="120" w:after="40"/>
            </w:pPr>
            <w:r>
              <w:rPr>
                <w:rFonts w:cs="Secca KjG"/>
                <w:b/>
                <w:color w:val="00517B"/>
                <w:sz w:val="22"/>
              </w:rPr>
              <w:t>Ortsleiter (bis zu 2 Plätze)</w:t>
            </w:r>
          </w:p>
          <w:tbl>
            <w:tblPr>
              <w:tblW w:w="0" w:type="auto"/>
              <w:tblBorders>
                <w:top w:val="single" w:sz="4" w:space="0" w:color="B9D3EA"/>
                <w:left w:val="single" w:sz="4" w:space="0" w:color="B9D3EA"/>
                <w:bottom w:val="single" w:sz="4" w:space="0" w:color="B9D3EA"/>
                <w:right w:val="single" w:sz="4" w:space="0" w:color="B9D3EA"/>
                <w:insideH w:val="single" w:sz="4" w:space="0" w:color="B9D3EA"/>
                <w:insideV w:val="single" w:sz="4" w:space="0" w:color="B9D3EA"/>
              </w:tblBorders>
              <w:tblLayout w:type="fixed"/>
              <w:tblCellMar>
                <w:top w:w="40" w:type="dxa"/>
                <w:left w:w="80" w:type="dxa"/>
                <w:bottom w:w="40" w:type="dxa"/>
                <w:right w:w="80" w:type="dxa"/>
              </w:tblCellMar>
              <w:tblLook w:val="04A0" w:firstRow="1" w:lastRow="0" w:firstColumn="1" w:lastColumn="0" w:noHBand="0" w:noVBand="1"/>
            </w:tblPr>
            <w:tblGrid>
              <w:gridCol w:w="6350"/>
              <w:gridCol w:w="1304"/>
              <w:gridCol w:w="1304"/>
              <w:gridCol w:w="1304"/>
            </w:tblGrid>
            <w:tr w:rsidR="00804F49" w14:paraId="7AC5953E" w14:textId="77777777">
              <w:trPr>
                <w:trHeight w:hRule="exact" w:val="283"/>
              </w:trPr>
              <w:tc>
                <w:tcPr>
                  <w:tcW w:w="6350" w:type="dxa"/>
                  <w:vAlign w:val="center"/>
                </w:tcPr>
                <w:p w14:paraId="31C840E6" w14:textId="77777777" w:rsidR="00804F49" w:rsidRDefault="0049747B">
                  <w:r>
                    <w:rPr>
                      <w:rFonts w:cs="Secca KjG"/>
                      <w:b/>
                      <w:color w:val="00517B"/>
                      <w:sz w:val="18"/>
                    </w:rPr>
                    <w:t>Name</w:t>
                  </w:r>
                </w:p>
              </w:tc>
              <w:tc>
                <w:tcPr>
                  <w:tcW w:w="1304" w:type="dxa"/>
                  <w:vAlign w:val="center"/>
                </w:tcPr>
                <w:p w14:paraId="6A6E7DAF" w14:textId="77777777" w:rsidR="00804F49" w:rsidRDefault="0049747B">
                  <w:pPr>
                    <w:jc w:val="center"/>
                  </w:pPr>
                  <w:r>
                    <w:rPr>
                      <w:rFonts w:cs="Secca KjG"/>
                      <w:b/>
                      <w:color w:val="00517B"/>
                      <w:sz w:val="18"/>
                    </w:rPr>
                    <w:t>Ja</w:t>
                  </w:r>
                </w:p>
              </w:tc>
              <w:tc>
                <w:tcPr>
                  <w:tcW w:w="1304" w:type="dxa"/>
                  <w:vAlign w:val="center"/>
                </w:tcPr>
                <w:p w14:paraId="2BD8A361" w14:textId="77777777" w:rsidR="00804F49" w:rsidRDefault="0049747B">
                  <w:pPr>
                    <w:jc w:val="center"/>
                  </w:pPr>
                  <w:r>
                    <w:rPr>
                      <w:rFonts w:cs="Secca KjG"/>
                      <w:b/>
                      <w:color w:val="00517B"/>
                      <w:sz w:val="18"/>
                    </w:rPr>
                    <w:t>Nein</w:t>
                  </w:r>
                </w:p>
              </w:tc>
              <w:tc>
                <w:tcPr>
                  <w:tcW w:w="1304" w:type="dxa"/>
                  <w:vAlign w:val="center"/>
                </w:tcPr>
                <w:p w14:paraId="31007CEE" w14:textId="77777777" w:rsidR="00804F49" w:rsidRDefault="0049747B">
                  <w:pPr>
                    <w:jc w:val="center"/>
                  </w:pPr>
                  <w:r>
                    <w:rPr>
                      <w:rFonts w:cs="Secca KjG"/>
                      <w:b/>
                      <w:color w:val="00517B"/>
                      <w:sz w:val="18"/>
                    </w:rPr>
                    <w:t>Enthaltung</w:t>
                  </w:r>
                </w:p>
              </w:tc>
            </w:tr>
            <w:tr w:rsidR="00804F49" w14:paraId="67EE5830" w14:textId="77777777">
              <w:trPr>
                <w:trHeight w:hRule="exact" w:val="397"/>
              </w:trPr>
              <w:tc>
                <w:tcPr>
                  <w:tcW w:w="6350" w:type="dxa"/>
                </w:tcPr>
                <w:p w14:paraId="08FB631D" w14:textId="77777777" w:rsidR="00804F49" w:rsidRDefault="00804F49"/>
              </w:tc>
              <w:tc>
                <w:tcPr>
                  <w:tcW w:w="1304" w:type="dxa"/>
                  <w:vAlign w:val="center"/>
                </w:tcPr>
                <w:p w14:paraId="2F15FF1E" w14:textId="77777777" w:rsidR="00804F49" w:rsidRDefault="0049747B">
                  <w:pPr>
                    <w:jc w:val="center"/>
                  </w:pPr>
                  <w:r>
                    <w:rPr>
                      <w:rFonts w:ascii="Segoe UI Symbol" w:eastAsia="Segoe UI Symbol" w:hAnsi="Segoe UI Symbol" w:cs="Segoe UI Symbol"/>
                      <w:color w:val="00517B"/>
                      <w:sz w:val="32"/>
                    </w:rPr>
                    <w:t>☐</w:t>
                  </w:r>
                </w:p>
              </w:tc>
              <w:tc>
                <w:tcPr>
                  <w:tcW w:w="1304" w:type="dxa"/>
                  <w:vAlign w:val="center"/>
                </w:tcPr>
                <w:p w14:paraId="79E8E27C" w14:textId="77777777" w:rsidR="00804F49" w:rsidRDefault="0049747B">
                  <w:pPr>
                    <w:jc w:val="center"/>
                  </w:pPr>
                  <w:r>
                    <w:rPr>
                      <w:rFonts w:ascii="Segoe UI Symbol" w:eastAsia="Segoe UI Symbol" w:hAnsi="Segoe UI Symbol" w:cs="Segoe UI Symbol"/>
                      <w:color w:val="00517B"/>
                      <w:sz w:val="32"/>
                    </w:rPr>
                    <w:t>☐</w:t>
                  </w:r>
                </w:p>
              </w:tc>
              <w:tc>
                <w:tcPr>
                  <w:tcW w:w="1304" w:type="dxa"/>
                  <w:vAlign w:val="center"/>
                </w:tcPr>
                <w:p w14:paraId="76459EE9" w14:textId="77777777" w:rsidR="00804F49" w:rsidRDefault="0049747B">
                  <w:pPr>
                    <w:jc w:val="center"/>
                  </w:pPr>
                  <w:r>
                    <w:rPr>
                      <w:rFonts w:ascii="Segoe UI Symbol" w:eastAsia="Segoe UI Symbol" w:hAnsi="Segoe UI Symbol" w:cs="Segoe UI Symbol"/>
                      <w:color w:val="00517B"/>
                      <w:sz w:val="32"/>
                    </w:rPr>
                    <w:t>☐</w:t>
                  </w:r>
                </w:p>
              </w:tc>
            </w:tr>
            <w:tr w:rsidR="00804F49" w14:paraId="62A09E19" w14:textId="77777777">
              <w:trPr>
                <w:trHeight w:hRule="exact" w:val="397"/>
              </w:trPr>
              <w:tc>
                <w:tcPr>
                  <w:tcW w:w="6350" w:type="dxa"/>
                </w:tcPr>
                <w:p w14:paraId="3DBA19E8" w14:textId="77777777" w:rsidR="00804F49" w:rsidRDefault="00804F49"/>
              </w:tc>
              <w:tc>
                <w:tcPr>
                  <w:tcW w:w="1304" w:type="dxa"/>
                  <w:vAlign w:val="center"/>
                </w:tcPr>
                <w:p w14:paraId="2780A569" w14:textId="77777777" w:rsidR="00804F49" w:rsidRDefault="0049747B">
                  <w:pPr>
                    <w:jc w:val="center"/>
                  </w:pPr>
                  <w:r>
                    <w:rPr>
                      <w:rFonts w:ascii="Segoe UI Symbol" w:eastAsia="Segoe UI Symbol" w:hAnsi="Segoe UI Symbol" w:cs="Segoe UI Symbol"/>
                      <w:color w:val="00517B"/>
                      <w:sz w:val="32"/>
                    </w:rPr>
                    <w:t>☐</w:t>
                  </w:r>
                </w:p>
              </w:tc>
              <w:tc>
                <w:tcPr>
                  <w:tcW w:w="1304" w:type="dxa"/>
                  <w:vAlign w:val="center"/>
                </w:tcPr>
                <w:p w14:paraId="0D56759B" w14:textId="77777777" w:rsidR="00804F49" w:rsidRDefault="0049747B">
                  <w:pPr>
                    <w:jc w:val="center"/>
                  </w:pPr>
                  <w:r>
                    <w:rPr>
                      <w:rFonts w:ascii="Segoe UI Symbol" w:eastAsia="Segoe UI Symbol" w:hAnsi="Segoe UI Symbol" w:cs="Segoe UI Symbol"/>
                      <w:color w:val="00517B"/>
                      <w:sz w:val="32"/>
                    </w:rPr>
                    <w:t>☐</w:t>
                  </w:r>
                </w:p>
              </w:tc>
              <w:tc>
                <w:tcPr>
                  <w:tcW w:w="1304" w:type="dxa"/>
                  <w:vAlign w:val="center"/>
                </w:tcPr>
                <w:p w14:paraId="48EA6139" w14:textId="77777777" w:rsidR="00804F49" w:rsidRDefault="0049747B">
                  <w:pPr>
                    <w:jc w:val="center"/>
                  </w:pPr>
                  <w:r>
                    <w:rPr>
                      <w:rFonts w:ascii="Segoe UI Symbol" w:eastAsia="Segoe UI Symbol" w:hAnsi="Segoe UI Symbol" w:cs="Segoe UI Symbol"/>
                      <w:color w:val="00517B"/>
                      <w:sz w:val="32"/>
                    </w:rPr>
                    <w:t>☐</w:t>
                  </w:r>
                </w:p>
              </w:tc>
            </w:tr>
            <w:tr w:rsidR="00804F49" w14:paraId="797C4DEA" w14:textId="77777777">
              <w:trPr>
                <w:trHeight w:hRule="exact" w:val="397"/>
              </w:trPr>
              <w:tc>
                <w:tcPr>
                  <w:tcW w:w="6350" w:type="dxa"/>
                </w:tcPr>
                <w:p w14:paraId="46DE0F7B" w14:textId="77777777" w:rsidR="00804F49" w:rsidRDefault="00804F49"/>
              </w:tc>
              <w:tc>
                <w:tcPr>
                  <w:tcW w:w="1304" w:type="dxa"/>
                  <w:vAlign w:val="center"/>
                </w:tcPr>
                <w:p w14:paraId="5004B8D3" w14:textId="77777777" w:rsidR="00804F49" w:rsidRDefault="0049747B">
                  <w:pPr>
                    <w:jc w:val="center"/>
                  </w:pPr>
                  <w:r>
                    <w:rPr>
                      <w:rFonts w:ascii="Segoe UI Symbol" w:eastAsia="Segoe UI Symbol" w:hAnsi="Segoe UI Symbol" w:cs="Segoe UI Symbol"/>
                      <w:color w:val="00517B"/>
                      <w:sz w:val="32"/>
                    </w:rPr>
                    <w:t>☐</w:t>
                  </w:r>
                </w:p>
              </w:tc>
              <w:tc>
                <w:tcPr>
                  <w:tcW w:w="1304" w:type="dxa"/>
                  <w:vAlign w:val="center"/>
                </w:tcPr>
                <w:p w14:paraId="60335A01" w14:textId="77777777" w:rsidR="00804F49" w:rsidRDefault="0049747B">
                  <w:pPr>
                    <w:jc w:val="center"/>
                  </w:pPr>
                  <w:r>
                    <w:rPr>
                      <w:rFonts w:ascii="Segoe UI Symbol" w:eastAsia="Segoe UI Symbol" w:hAnsi="Segoe UI Symbol" w:cs="Segoe UI Symbol"/>
                      <w:color w:val="00517B"/>
                      <w:sz w:val="32"/>
                    </w:rPr>
                    <w:t>☐</w:t>
                  </w:r>
                </w:p>
              </w:tc>
              <w:tc>
                <w:tcPr>
                  <w:tcW w:w="1304" w:type="dxa"/>
                  <w:vAlign w:val="center"/>
                </w:tcPr>
                <w:p w14:paraId="2D10D306" w14:textId="77777777" w:rsidR="00804F49" w:rsidRDefault="0049747B">
                  <w:pPr>
                    <w:jc w:val="center"/>
                  </w:pPr>
                  <w:r>
                    <w:rPr>
                      <w:rFonts w:ascii="Segoe UI Symbol" w:eastAsia="Segoe UI Symbol" w:hAnsi="Segoe UI Symbol" w:cs="Segoe UI Symbol"/>
                      <w:color w:val="00517B"/>
                      <w:sz w:val="32"/>
                    </w:rPr>
                    <w:t>☐</w:t>
                  </w:r>
                </w:p>
              </w:tc>
            </w:tr>
          </w:tbl>
          <w:p w14:paraId="30C607D0" w14:textId="77777777" w:rsidR="00804F49" w:rsidRDefault="0049747B">
            <w:pPr>
              <w:spacing w:before="120" w:after="40"/>
            </w:pPr>
            <w:r>
              <w:rPr>
                <w:rFonts w:cs="Secca KjG"/>
                <w:b/>
                <w:color w:val="00517B"/>
                <w:sz w:val="22"/>
              </w:rPr>
              <w:t>Person, die sich nicht im binären Geschlechtersystem wiederfindet (1 Platz)</w:t>
            </w:r>
          </w:p>
          <w:tbl>
            <w:tblPr>
              <w:tblW w:w="0" w:type="auto"/>
              <w:tblBorders>
                <w:top w:val="single" w:sz="4" w:space="0" w:color="B9D3EA"/>
                <w:left w:val="single" w:sz="4" w:space="0" w:color="B9D3EA"/>
                <w:bottom w:val="single" w:sz="4" w:space="0" w:color="B9D3EA"/>
                <w:right w:val="single" w:sz="4" w:space="0" w:color="B9D3EA"/>
                <w:insideH w:val="single" w:sz="4" w:space="0" w:color="B9D3EA"/>
                <w:insideV w:val="single" w:sz="4" w:space="0" w:color="B9D3EA"/>
              </w:tblBorders>
              <w:tblLayout w:type="fixed"/>
              <w:tblCellMar>
                <w:top w:w="40" w:type="dxa"/>
                <w:left w:w="80" w:type="dxa"/>
                <w:bottom w:w="40" w:type="dxa"/>
                <w:right w:w="80" w:type="dxa"/>
              </w:tblCellMar>
              <w:tblLook w:val="04A0" w:firstRow="1" w:lastRow="0" w:firstColumn="1" w:lastColumn="0" w:noHBand="0" w:noVBand="1"/>
            </w:tblPr>
            <w:tblGrid>
              <w:gridCol w:w="6350"/>
              <w:gridCol w:w="1304"/>
              <w:gridCol w:w="1304"/>
              <w:gridCol w:w="1304"/>
            </w:tblGrid>
            <w:tr w:rsidR="00804F49" w14:paraId="14BF8B5D" w14:textId="77777777">
              <w:trPr>
                <w:trHeight w:hRule="exact" w:val="283"/>
              </w:trPr>
              <w:tc>
                <w:tcPr>
                  <w:tcW w:w="6350" w:type="dxa"/>
                  <w:vAlign w:val="center"/>
                </w:tcPr>
                <w:p w14:paraId="38268F81" w14:textId="77777777" w:rsidR="00804F49" w:rsidRDefault="0049747B">
                  <w:r>
                    <w:rPr>
                      <w:rFonts w:cs="Secca KjG"/>
                      <w:b/>
                      <w:color w:val="00517B"/>
                      <w:sz w:val="18"/>
                    </w:rPr>
                    <w:t>Name</w:t>
                  </w:r>
                </w:p>
              </w:tc>
              <w:tc>
                <w:tcPr>
                  <w:tcW w:w="1304" w:type="dxa"/>
                  <w:vAlign w:val="center"/>
                </w:tcPr>
                <w:p w14:paraId="3A5C12A4" w14:textId="77777777" w:rsidR="00804F49" w:rsidRDefault="0049747B">
                  <w:pPr>
                    <w:jc w:val="center"/>
                  </w:pPr>
                  <w:r>
                    <w:rPr>
                      <w:rFonts w:cs="Secca KjG"/>
                      <w:b/>
                      <w:color w:val="00517B"/>
                      <w:sz w:val="18"/>
                    </w:rPr>
                    <w:t>Ja</w:t>
                  </w:r>
                </w:p>
              </w:tc>
              <w:tc>
                <w:tcPr>
                  <w:tcW w:w="1304" w:type="dxa"/>
                  <w:vAlign w:val="center"/>
                </w:tcPr>
                <w:p w14:paraId="7944020E" w14:textId="77777777" w:rsidR="00804F49" w:rsidRDefault="0049747B">
                  <w:pPr>
                    <w:jc w:val="center"/>
                  </w:pPr>
                  <w:r>
                    <w:rPr>
                      <w:rFonts w:cs="Secca KjG"/>
                      <w:b/>
                      <w:color w:val="00517B"/>
                      <w:sz w:val="18"/>
                    </w:rPr>
                    <w:t>Nein</w:t>
                  </w:r>
                </w:p>
              </w:tc>
              <w:tc>
                <w:tcPr>
                  <w:tcW w:w="1304" w:type="dxa"/>
                  <w:vAlign w:val="center"/>
                </w:tcPr>
                <w:p w14:paraId="410FC32E" w14:textId="77777777" w:rsidR="00804F49" w:rsidRDefault="0049747B">
                  <w:pPr>
                    <w:jc w:val="center"/>
                  </w:pPr>
                  <w:r>
                    <w:rPr>
                      <w:rFonts w:cs="Secca KjG"/>
                      <w:b/>
                      <w:color w:val="00517B"/>
                      <w:sz w:val="18"/>
                    </w:rPr>
                    <w:t>Enthaltung</w:t>
                  </w:r>
                </w:p>
              </w:tc>
            </w:tr>
            <w:tr w:rsidR="00804F49" w14:paraId="410F6944" w14:textId="77777777">
              <w:trPr>
                <w:trHeight w:hRule="exact" w:val="397"/>
              </w:trPr>
              <w:tc>
                <w:tcPr>
                  <w:tcW w:w="6350" w:type="dxa"/>
                </w:tcPr>
                <w:p w14:paraId="1352257C" w14:textId="77777777" w:rsidR="00804F49" w:rsidRDefault="00804F49"/>
              </w:tc>
              <w:tc>
                <w:tcPr>
                  <w:tcW w:w="1304" w:type="dxa"/>
                  <w:vAlign w:val="center"/>
                </w:tcPr>
                <w:p w14:paraId="5174D073" w14:textId="77777777" w:rsidR="00804F49" w:rsidRDefault="0049747B">
                  <w:pPr>
                    <w:jc w:val="center"/>
                  </w:pPr>
                  <w:r>
                    <w:rPr>
                      <w:rFonts w:ascii="Segoe UI Symbol" w:eastAsia="Segoe UI Symbol" w:hAnsi="Segoe UI Symbol" w:cs="Segoe UI Symbol"/>
                      <w:color w:val="00517B"/>
                      <w:sz w:val="32"/>
                    </w:rPr>
                    <w:t>☐</w:t>
                  </w:r>
                </w:p>
              </w:tc>
              <w:tc>
                <w:tcPr>
                  <w:tcW w:w="1304" w:type="dxa"/>
                  <w:vAlign w:val="center"/>
                </w:tcPr>
                <w:p w14:paraId="096DB3C8" w14:textId="77777777" w:rsidR="00804F49" w:rsidRDefault="0049747B">
                  <w:pPr>
                    <w:jc w:val="center"/>
                  </w:pPr>
                  <w:r>
                    <w:rPr>
                      <w:rFonts w:ascii="Segoe UI Symbol" w:eastAsia="Segoe UI Symbol" w:hAnsi="Segoe UI Symbol" w:cs="Segoe UI Symbol"/>
                      <w:color w:val="00517B"/>
                      <w:sz w:val="32"/>
                    </w:rPr>
                    <w:t>☐</w:t>
                  </w:r>
                </w:p>
              </w:tc>
              <w:tc>
                <w:tcPr>
                  <w:tcW w:w="1304" w:type="dxa"/>
                  <w:vAlign w:val="center"/>
                </w:tcPr>
                <w:p w14:paraId="5096B7A1" w14:textId="77777777" w:rsidR="00804F49" w:rsidRDefault="0049747B">
                  <w:pPr>
                    <w:jc w:val="center"/>
                  </w:pPr>
                  <w:r>
                    <w:rPr>
                      <w:rFonts w:ascii="Segoe UI Symbol" w:eastAsia="Segoe UI Symbol" w:hAnsi="Segoe UI Symbol" w:cs="Segoe UI Symbol"/>
                      <w:color w:val="00517B"/>
                      <w:sz w:val="32"/>
                    </w:rPr>
                    <w:t>☐</w:t>
                  </w:r>
                </w:p>
              </w:tc>
            </w:tr>
            <w:tr w:rsidR="00804F49" w14:paraId="7D9D2FD4" w14:textId="77777777">
              <w:trPr>
                <w:trHeight w:hRule="exact" w:val="397"/>
              </w:trPr>
              <w:tc>
                <w:tcPr>
                  <w:tcW w:w="6350" w:type="dxa"/>
                </w:tcPr>
                <w:p w14:paraId="07461E03" w14:textId="77777777" w:rsidR="00804F49" w:rsidRDefault="00804F49"/>
              </w:tc>
              <w:tc>
                <w:tcPr>
                  <w:tcW w:w="1304" w:type="dxa"/>
                  <w:vAlign w:val="center"/>
                </w:tcPr>
                <w:p w14:paraId="27FA176F" w14:textId="77777777" w:rsidR="00804F49" w:rsidRDefault="0049747B">
                  <w:pPr>
                    <w:jc w:val="center"/>
                  </w:pPr>
                  <w:r>
                    <w:rPr>
                      <w:rFonts w:ascii="Segoe UI Symbol" w:eastAsia="Segoe UI Symbol" w:hAnsi="Segoe UI Symbol" w:cs="Segoe UI Symbol"/>
                      <w:color w:val="00517B"/>
                      <w:sz w:val="32"/>
                    </w:rPr>
                    <w:t>☐</w:t>
                  </w:r>
                </w:p>
              </w:tc>
              <w:tc>
                <w:tcPr>
                  <w:tcW w:w="1304" w:type="dxa"/>
                  <w:vAlign w:val="center"/>
                </w:tcPr>
                <w:p w14:paraId="4061B598" w14:textId="77777777" w:rsidR="00804F49" w:rsidRDefault="0049747B">
                  <w:pPr>
                    <w:jc w:val="center"/>
                  </w:pPr>
                  <w:r>
                    <w:rPr>
                      <w:rFonts w:ascii="Segoe UI Symbol" w:eastAsia="Segoe UI Symbol" w:hAnsi="Segoe UI Symbol" w:cs="Segoe UI Symbol"/>
                      <w:color w:val="00517B"/>
                      <w:sz w:val="32"/>
                    </w:rPr>
                    <w:t>☐</w:t>
                  </w:r>
                </w:p>
              </w:tc>
              <w:tc>
                <w:tcPr>
                  <w:tcW w:w="1304" w:type="dxa"/>
                  <w:vAlign w:val="center"/>
                </w:tcPr>
                <w:p w14:paraId="7F8071DD" w14:textId="77777777" w:rsidR="00804F49" w:rsidRDefault="0049747B">
                  <w:pPr>
                    <w:jc w:val="center"/>
                  </w:pPr>
                  <w:r>
                    <w:rPr>
                      <w:rFonts w:ascii="Segoe UI Symbol" w:eastAsia="Segoe UI Symbol" w:hAnsi="Segoe UI Symbol" w:cs="Segoe UI Symbol"/>
                      <w:color w:val="00517B"/>
                      <w:sz w:val="32"/>
                    </w:rPr>
                    <w:t>☐</w:t>
                  </w:r>
                </w:p>
              </w:tc>
            </w:tr>
          </w:tbl>
          <w:p w14:paraId="1240E4A9" w14:textId="77777777" w:rsidR="00804F49" w:rsidRDefault="0049747B">
            <w:pPr>
              <w:spacing w:before="100"/>
            </w:pPr>
            <w:r>
              <w:rPr>
                <w:rFonts w:cs="Secca KjG"/>
                <w:color w:val="5A5A5A"/>
                <w:sz w:val="16"/>
              </w:rPr>
              <w:t>Bei jeder Person genau ein Kreuz: Ja, Nein oder Enthaltung. Bitte nichts dazuschreiben, sonst ist der Stimmzettel ungültig.</w:t>
            </w:r>
          </w:p>
        </w:tc>
      </w:tr>
    </w:tbl>
    <w:p w14:paraId="75D3328F" w14:textId="77777777" w:rsidR="00804F49" w:rsidRDefault="0049747B">
      <w:pPr>
        <w:pageBreakBefore/>
      </w:pPr>
      <w:r>
        <w:rPr>
          <w:rFonts w:cs="Secca KjG"/>
          <w:color w:val="1A1A1A"/>
          <w:sz w:val="2"/>
        </w:rPr>
        <w:lastRenderedPageBreak/>
        <w:t xml:space="preserve"> 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dashed" w:sz="6" w:space="0" w:color="9E9E9E"/>
          <w:insideV w:val="dashed" w:sz="6" w:space="0" w:color="9E9E9E"/>
        </w:tblBorders>
        <w:tblLayout w:type="fixed"/>
        <w:tblCellMar>
          <w:top w:w="120" w:type="dxa"/>
          <w:left w:w="160" w:type="dxa"/>
          <w:bottom w:w="120" w:type="dxa"/>
          <w:right w:w="160" w:type="dxa"/>
        </w:tblCellMar>
        <w:tblLook w:val="04A0" w:firstRow="1" w:lastRow="0" w:firstColumn="1" w:lastColumn="0" w:noHBand="0" w:noVBand="1"/>
      </w:tblPr>
      <w:tblGrid>
        <w:gridCol w:w="5386"/>
        <w:gridCol w:w="5386"/>
      </w:tblGrid>
      <w:tr w:rsidR="00804F49" w14:paraId="5D9B2E58" w14:textId="77777777">
        <w:trPr>
          <w:trHeight w:hRule="exact" w:val="7597"/>
        </w:trPr>
        <w:tc>
          <w:tcPr>
            <w:tcW w:w="5386" w:type="dxa"/>
          </w:tcPr>
          <w:p w14:paraId="4247A03E" w14:textId="77777777" w:rsidR="00804F49" w:rsidRDefault="0049747B">
            <w:r>
              <w:rPr>
                <w:noProof/>
              </w:rPr>
              <w:drawing>
                <wp:inline distT="0" distB="0" distL="0" distR="0" wp14:anchorId="5BC4048A" wp14:editId="09EF1A52">
                  <wp:extent cx="979962" cy="270000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_rgb.png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9962" cy="27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0DB53F2" w14:textId="77777777" w:rsidR="00804F49" w:rsidRDefault="0049747B">
            <w:pPr>
              <w:spacing w:before="80"/>
            </w:pPr>
            <w:r>
              <w:rPr>
                <w:rFonts w:cs="Secca KjG"/>
                <w:b/>
                <w:color w:val="CC0740"/>
                <w:sz w:val="32"/>
              </w:rPr>
              <w:t>Stimmzettel</w:t>
            </w:r>
          </w:p>
          <w:p w14:paraId="09305A90" w14:textId="77777777" w:rsidR="00804F49" w:rsidRDefault="0049747B">
            <w:pPr>
              <w:spacing w:after="80"/>
            </w:pPr>
            <w:r>
              <w:rPr>
                <w:rFonts w:cs="Secca KjG"/>
                <w:color w:val="5A5A5A"/>
                <w:sz w:val="16"/>
              </w:rPr>
              <w:t>Mitgliederversammlung der KjG ______________ am ________</w:t>
            </w:r>
          </w:p>
          <w:p w14:paraId="1F0EEC27" w14:textId="77777777" w:rsidR="00804F49" w:rsidRDefault="0049747B">
            <w:pPr>
              <w:spacing w:before="120" w:after="40"/>
            </w:pPr>
            <w:r>
              <w:rPr>
                <w:rFonts w:cs="Secca KjG"/>
                <w:b/>
                <w:color w:val="00517B"/>
              </w:rPr>
              <w:t>Wahl: ______________________</w:t>
            </w:r>
          </w:p>
          <w:tbl>
            <w:tblPr>
              <w:tblW w:w="0" w:type="auto"/>
              <w:tblBorders>
                <w:top w:val="single" w:sz="4" w:space="0" w:color="B9D3EA"/>
                <w:left w:val="single" w:sz="4" w:space="0" w:color="B9D3EA"/>
                <w:bottom w:val="single" w:sz="4" w:space="0" w:color="B9D3EA"/>
                <w:right w:val="single" w:sz="4" w:space="0" w:color="B9D3EA"/>
                <w:insideH w:val="single" w:sz="4" w:space="0" w:color="B9D3EA"/>
                <w:insideV w:val="single" w:sz="4" w:space="0" w:color="B9D3EA"/>
              </w:tblBorders>
              <w:tblLayout w:type="fixed"/>
              <w:tblCellMar>
                <w:top w:w="40" w:type="dxa"/>
                <w:left w:w="80" w:type="dxa"/>
                <w:bottom w:w="40" w:type="dxa"/>
                <w:right w:w="80" w:type="dxa"/>
              </w:tblCellMar>
              <w:tblLook w:val="04A0" w:firstRow="1" w:lastRow="0" w:firstColumn="1" w:lastColumn="0" w:noHBand="0" w:noVBand="1"/>
            </w:tblPr>
            <w:tblGrid>
              <w:gridCol w:w="2041"/>
              <w:gridCol w:w="964"/>
              <w:gridCol w:w="964"/>
              <w:gridCol w:w="964"/>
            </w:tblGrid>
            <w:tr w:rsidR="00804F49" w14:paraId="3641FC0B" w14:textId="77777777">
              <w:trPr>
                <w:trHeight w:hRule="exact" w:val="283"/>
              </w:trPr>
              <w:tc>
                <w:tcPr>
                  <w:tcW w:w="2041" w:type="dxa"/>
                  <w:vAlign w:val="center"/>
                </w:tcPr>
                <w:p w14:paraId="1A866398" w14:textId="77777777" w:rsidR="00804F49" w:rsidRDefault="0049747B">
                  <w:r>
                    <w:rPr>
                      <w:rFonts w:cs="Secca KjG"/>
                      <w:b/>
                      <w:color w:val="00517B"/>
                      <w:sz w:val="16"/>
                    </w:rPr>
                    <w:t>Name</w:t>
                  </w:r>
                </w:p>
              </w:tc>
              <w:tc>
                <w:tcPr>
                  <w:tcW w:w="964" w:type="dxa"/>
                  <w:vAlign w:val="center"/>
                </w:tcPr>
                <w:p w14:paraId="30A78660" w14:textId="77777777" w:rsidR="00804F49" w:rsidRDefault="0049747B">
                  <w:pPr>
                    <w:jc w:val="center"/>
                  </w:pPr>
                  <w:r>
                    <w:rPr>
                      <w:rFonts w:cs="Secca KjG"/>
                      <w:b/>
                      <w:color w:val="00517B"/>
                      <w:sz w:val="16"/>
                    </w:rPr>
                    <w:t>Ja</w:t>
                  </w:r>
                </w:p>
              </w:tc>
              <w:tc>
                <w:tcPr>
                  <w:tcW w:w="964" w:type="dxa"/>
                  <w:vAlign w:val="center"/>
                </w:tcPr>
                <w:p w14:paraId="25DAE7A5" w14:textId="77777777" w:rsidR="00804F49" w:rsidRDefault="0049747B">
                  <w:pPr>
                    <w:jc w:val="center"/>
                  </w:pPr>
                  <w:r>
                    <w:rPr>
                      <w:rFonts w:cs="Secca KjG"/>
                      <w:b/>
                      <w:color w:val="00517B"/>
                      <w:sz w:val="16"/>
                    </w:rPr>
                    <w:t>Nein</w:t>
                  </w:r>
                </w:p>
              </w:tc>
              <w:tc>
                <w:tcPr>
                  <w:tcW w:w="964" w:type="dxa"/>
                  <w:vAlign w:val="center"/>
                </w:tcPr>
                <w:p w14:paraId="59F56574" w14:textId="77777777" w:rsidR="00804F49" w:rsidRDefault="0049747B">
                  <w:pPr>
                    <w:jc w:val="center"/>
                  </w:pPr>
                  <w:r>
                    <w:rPr>
                      <w:rFonts w:cs="Secca KjG"/>
                      <w:b/>
                      <w:color w:val="00517B"/>
                      <w:sz w:val="16"/>
                    </w:rPr>
                    <w:t>Enthaltung</w:t>
                  </w:r>
                </w:p>
              </w:tc>
            </w:tr>
            <w:tr w:rsidR="00804F49" w14:paraId="28513592" w14:textId="77777777">
              <w:trPr>
                <w:trHeight w:hRule="exact" w:val="425"/>
              </w:trPr>
              <w:tc>
                <w:tcPr>
                  <w:tcW w:w="2041" w:type="dxa"/>
                </w:tcPr>
                <w:p w14:paraId="1C6EF0DD" w14:textId="77777777" w:rsidR="00804F49" w:rsidRDefault="00804F49"/>
              </w:tc>
              <w:tc>
                <w:tcPr>
                  <w:tcW w:w="964" w:type="dxa"/>
                  <w:vAlign w:val="center"/>
                </w:tcPr>
                <w:p w14:paraId="671B10F8" w14:textId="77777777" w:rsidR="00804F49" w:rsidRDefault="0049747B">
                  <w:pPr>
                    <w:jc w:val="center"/>
                  </w:pPr>
                  <w:r>
                    <w:rPr>
                      <w:rFonts w:ascii="Segoe UI Symbol" w:eastAsia="Segoe UI Symbol" w:hAnsi="Segoe UI Symbol" w:cs="Segoe UI Symbol"/>
                      <w:color w:val="00517B"/>
                      <w:sz w:val="28"/>
                    </w:rPr>
                    <w:t>☐</w:t>
                  </w:r>
                </w:p>
              </w:tc>
              <w:tc>
                <w:tcPr>
                  <w:tcW w:w="964" w:type="dxa"/>
                  <w:vAlign w:val="center"/>
                </w:tcPr>
                <w:p w14:paraId="1466ED43" w14:textId="77777777" w:rsidR="00804F49" w:rsidRDefault="0049747B">
                  <w:pPr>
                    <w:jc w:val="center"/>
                  </w:pPr>
                  <w:r>
                    <w:rPr>
                      <w:rFonts w:ascii="Segoe UI Symbol" w:eastAsia="Segoe UI Symbol" w:hAnsi="Segoe UI Symbol" w:cs="Segoe UI Symbol"/>
                      <w:color w:val="00517B"/>
                      <w:sz w:val="28"/>
                    </w:rPr>
                    <w:t>☐</w:t>
                  </w:r>
                </w:p>
              </w:tc>
              <w:tc>
                <w:tcPr>
                  <w:tcW w:w="964" w:type="dxa"/>
                  <w:vAlign w:val="center"/>
                </w:tcPr>
                <w:p w14:paraId="4BA8DDC9" w14:textId="77777777" w:rsidR="00804F49" w:rsidRDefault="0049747B">
                  <w:pPr>
                    <w:jc w:val="center"/>
                  </w:pPr>
                  <w:r>
                    <w:rPr>
                      <w:rFonts w:ascii="Segoe UI Symbol" w:eastAsia="Segoe UI Symbol" w:hAnsi="Segoe UI Symbol" w:cs="Segoe UI Symbol"/>
                      <w:color w:val="00517B"/>
                      <w:sz w:val="28"/>
                    </w:rPr>
                    <w:t>☐</w:t>
                  </w:r>
                </w:p>
              </w:tc>
            </w:tr>
            <w:tr w:rsidR="00804F49" w14:paraId="1AF8A106" w14:textId="77777777">
              <w:trPr>
                <w:trHeight w:hRule="exact" w:val="425"/>
              </w:trPr>
              <w:tc>
                <w:tcPr>
                  <w:tcW w:w="2041" w:type="dxa"/>
                </w:tcPr>
                <w:p w14:paraId="4E80FBCD" w14:textId="77777777" w:rsidR="00804F49" w:rsidRDefault="00804F49"/>
              </w:tc>
              <w:tc>
                <w:tcPr>
                  <w:tcW w:w="964" w:type="dxa"/>
                  <w:vAlign w:val="center"/>
                </w:tcPr>
                <w:p w14:paraId="4548D88A" w14:textId="77777777" w:rsidR="00804F49" w:rsidRDefault="0049747B">
                  <w:pPr>
                    <w:jc w:val="center"/>
                  </w:pPr>
                  <w:r>
                    <w:rPr>
                      <w:rFonts w:ascii="Segoe UI Symbol" w:eastAsia="Segoe UI Symbol" w:hAnsi="Segoe UI Symbol" w:cs="Segoe UI Symbol"/>
                      <w:color w:val="00517B"/>
                      <w:sz w:val="28"/>
                    </w:rPr>
                    <w:t>☐</w:t>
                  </w:r>
                </w:p>
              </w:tc>
              <w:tc>
                <w:tcPr>
                  <w:tcW w:w="964" w:type="dxa"/>
                  <w:vAlign w:val="center"/>
                </w:tcPr>
                <w:p w14:paraId="16A803A5" w14:textId="77777777" w:rsidR="00804F49" w:rsidRDefault="0049747B">
                  <w:pPr>
                    <w:jc w:val="center"/>
                  </w:pPr>
                  <w:r>
                    <w:rPr>
                      <w:rFonts w:ascii="Segoe UI Symbol" w:eastAsia="Segoe UI Symbol" w:hAnsi="Segoe UI Symbol" w:cs="Segoe UI Symbol"/>
                      <w:color w:val="00517B"/>
                      <w:sz w:val="28"/>
                    </w:rPr>
                    <w:t>☐</w:t>
                  </w:r>
                </w:p>
              </w:tc>
              <w:tc>
                <w:tcPr>
                  <w:tcW w:w="964" w:type="dxa"/>
                  <w:vAlign w:val="center"/>
                </w:tcPr>
                <w:p w14:paraId="46A09ECB" w14:textId="77777777" w:rsidR="00804F49" w:rsidRDefault="0049747B">
                  <w:pPr>
                    <w:jc w:val="center"/>
                  </w:pPr>
                  <w:r>
                    <w:rPr>
                      <w:rFonts w:ascii="Segoe UI Symbol" w:eastAsia="Segoe UI Symbol" w:hAnsi="Segoe UI Symbol" w:cs="Segoe UI Symbol"/>
                      <w:color w:val="00517B"/>
                      <w:sz w:val="28"/>
                    </w:rPr>
                    <w:t>☐</w:t>
                  </w:r>
                </w:p>
              </w:tc>
            </w:tr>
            <w:tr w:rsidR="00804F49" w14:paraId="49361D10" w14:textId="77777777">
              <w:trPr>
                <w:trHeight w:hRule="exact" w:val="425"/>
              </w:trPr>
              <w:tc>
                <w:tcPr>
                  <w:tcW w:w="2041" w:type="dxa"/>
                </w:tcPr>
                <w:p w14:paraId="4F461D66" w14:textId="77777777" w:rsidR="00804F49" w:rsidRDefault="00804F49"/>
              </w:tc>
              <w:tc>
                <w:tcPr>
                  <w:tcW w:w="964" w:type="dxa"/>
                  <w:vAlign w:val="center"/>
                </w:tcPr>
                <w:p w14:paraId="4FE2B110" w14:textId="77777777" w:rsidR="00804F49" w:rsidRDefault="0049747B">
                  <w:pPr>
                    <w:jc w:val="center"/>
                  </w:pPr>
                  <w:r>
                    <w:rPr>
                      <w:rFonts w:ascii="Segoe UI Symbol" w:eastAsia="Segoe UI Symbol" w:hAnsi="Segoe UI Symbol" w:cs="Segoe UI Symbol"/>
                      <w:color w:val="00517B"/>
                      <w:sz w:val="28"/>
                    </w:rPr>
                    <w:t>☐</w:t>
                  </w:r>
                </w:p>
              </w:tc>
              <w:tc>
                <w:tcPr>
                  <w:tcW w:w="964" w:type="dxa"/>
                  <w:vAlign w:val="center"/>
                </w:tcPr>
                <w:p w14:paraId="46AF98F1" w14:textId="77777777" w:rsidR="00804F49" w:rsidRDefault="0049747B">
                  <w:pPr>
                    <w:jc w:val="center"/>
                  </w:pPr>
                  <w:r>
                    <w:rPr>
                      <w:rFonts w:ascii="Segoe UI Symbol" w:eastAsia="Segoe UI Symbol" w:hAnsi="Segoe UI Symbol" w:cs="Segoe UI Symbol"/>
                      <w:color w:val="00517B"/>
                      <w:sz w:val="28"/>
                    </w:rPr>
                    <w:t>☐</w:t>
                  </w:r>
                </w:p>
              </w:tc>
              <w:tc>
                <w:tcPr>
                  <w:tcW w:w="964" w:type="dxa"/>
                  <w:vAlign w:val="center"/>
                </w:tcPr>
                <w:p w14:paraId="598B1F21" w14:textId="77777777" w:rsidR="00804F49" w:rsidRDefault="0049747B">
                  <w:pPr>
                    <w:jc w:val="center"/>
                  </w:pPr>
                  <w:r>
                    <w:rPr>
                      <w:rFonts w:ascii="Segoe UI Symbol" w:eastAsia="Segoe UI Symbol" w:hAnsi="Segoe UI Symbol" w:cs="Segoe UI Symbol"/>
                      <w:color w:val="00517B"/>
                      <w:sz w:val="28"/>
                    </w:rPr>
                    <w:t>☐</w:t>
                  </w:r>
                </w:p>
              </w:tc>
            </w:tr>
            <w:tr w:rsidR="00804F49" w14:paraId="7B49077E" w14:textId="77777777">
              <w:trPr>
                <w:trHeight w:hRule="exact" w:val="425"/>
              </w:trPr>
              <w:tc>
                <w:tcPr>
                  <w:tcW w:w="2041" w:type="dxa"/>
                </w:tcPr>
                <w:p w14:paraId="3C05D41E" w14:textId="77777777" w:rsidR="00804F49" w:rsidRDefault="00804F49"/>
              </w:tc>
              <w:tc>
                <w:tcPr>
                  <w:tcW w:w="964" w:type="dxa"/>
                  <w:vAlign w:val="center"/>
                </w:tcPr>
                <w:p w14:paraId="46A74C8E" w14:textId="77777777" w:rsidR="00804F49" w:rsidRDefault="0049747B">
                  <w:pPr>
                    <w:jc w:val="center"/>
                  </w:pPr>
                  <w:r>
                    <w:rPr>
                      <w:rFonts w:ascii="Segoe UI Symbol" w:eastAsia="Segoe UI Symbol" w:hAnsi="Segoe UI Symbol" w:cs="Segoe UI Symbol"/>
                      <w:color w:val="00517B"/>
                      <w:sz w:val="28"/>
                    </w:rPr>
                    <w:t>☐</w:t>
                  </w:r>
                </w:p>
              </w:tc>
              <w:tc>
                <w:tcPr>
                  <w:tcW w:w="964" w:type="dxa"/>
                  <w:vAlign w:val="center"/>
                </w:tcPr>
                <w:p w14:paraId="1B30AC45" w14:textId="77777777" w:rsidR="00804F49" w:rsidRDefault="0049747B">
                  <w:pPr>
                    <w:jc w:val="center"/>
                  </w:pPr>
                  <w:r>
                    <w:rPr>
                      <w:rFonts w:ascii="Segoe UI Symbol" w:eastAsia="Segoe UI Symbol" w:hAnsi="Segoe UI Symbol" w:cs="Segoe UI Symbol"/>
                      <w:color w:val="00517B"/>
                      <w:sz w:val="28"/>
                    </w:rPr>
                    <w:t>☐</w:t>
                  </w:r>
                </w:p>
              </w:tc>
              <w:tc>
                <w:tcPr>
                  <w:tcW w:w="964" w:type="dxa"/>
                  <w:vAlign w:val="center"/>
                </w:tcPr>
                <w:p w14:paraId="354D8DE3" w14:textId="77777777" w:rsidR="00804F49" w:rsidRDefault="0049747B">
                  <w:pPr>
                    <w:jc w:val="center"/>
                  </w:pPr>
                  <w:r>
                    <w:rPr>
                      <w:rFonts w:ascii="Segoe UI Symbol" w:eastAsia="Segoe UI Symbol" w:hAnsi="Segoe UI Symbol" w:cs="Segoe UI Symbol"/>
                      <w:color w:val="00517B"/>
                      <w:sz w:val="28"/>
                    </w:rPr>
                    <w:t>☐</w:t>
                  </w:r>
                </w:p>
              </w:tc>
            </w:tr>
            <w:tr w:rsidR="00804F49" w14:paraId="292AFB3C" w14:textId="77777777">
              <w:trPr>
                <w:trHeight w:hRule="exact" w:val="425"/>
              </w:trPr>
              <w:tc>
                <w:tcPr>
                  <w:tcW w:w="2041" w:type="dxa"/>
                </w:tcPr>
                <w:p w14:paraId="3BB1584C" w14:textId="77777777" w:rsidR="00804F49" w:rsidRDefault="00804F49"/>
              </w:tc>
              <w:tc>
                <w:tcPr>
                  <w:tcW w:w="964" w:type="dxa"/>
                  <w:vAlign w:val="center"/>
                </w:tcPr>
                <w:p w14:paraId="1D952843" w14:textId="77777777" w:rsidR="00804F49" w:rsidRDefault="0049747B">
                  <w:pPr>
                    <w:jc w:val="center"/>
                  </w:pPr>
                  <w:r>
                    <w:rPr>
                      <w:rFonts w:ascii="Segoe UI Symbol" w:eastAsia="Segoe UI Symbol" w:hAnsi="Segoe UI Symbol" w:cs="Segoe UI Symbol"/>
                      <w:color w:val="00517B"/>
                      <w:sz w:val="28"/>
                    </w:rPr>
                    <w:t>☐</w:t>
                  </w:r>
                </w:p>
              </w:tc>
              <w:tc>
                <w:tcPr>
                  <w:tcW w:w="964" w:type="dxa"/>
                  <w:vAlign w:val="center"/>
                </w:tcPr>
                <w:p w14:paraId="7E366535" w14:textId="77777777" w:rsidR="00804F49" w:rsidRDefault="0049747B">
                  <w:pPr>
                    <w:jc w:val="center"/>
                  </w:pPr>
                  <w:r>
                    <w:rPr>
                      <w:rFonts w:ascii="Segoe UI Symbol" w:eastAsia="Segoe UI Symbol" w:hAnsi="Segoe UI Symbol" w:cs="Segoe UI Symbol"/>
                      <w:color w:val="00517B"/>
                      <w:sz w:val="28"/>
                    </w:rPr>
                    <w:t>☐</w:t>
                  </w:r>
                </w:p>
              </w:tc>
              <w:tc>
                <w:tcPr>
                  <w:tcW w:w="964" w:type="dxa"/>
                  <w:vAlign w:val="center"/>
                </w:tcPr>
                <w:p w14:paraId="07D59E6A" w14:textId="77777777" w:rsidR="00804F49" w:rsidRDefault="0049747B">
                  <w:pPr>
                    <w:jc w:val="center"/>
                  </w:pPr>
                  <w:r>
                    <w:rPr>
                      <w:rFonts w:ascii="Segoe UI Symbol" w:eastAsia="Segoe UI Symbol" w:hAnsi="Segoe UI Symbol" w:cs="Segoe UI Symbol"/>
                      <w:color w:val="00517B"/>
                      <w:sz w:val="28"/>
                    </w:rPr>
                    <w:t>☐</w:t>
                  </w:r>
                </w:p>
              </w:tc>
            </w:tr>
            <w:tr w:rsidR="00804F49" w14:paraId="66C43121" w14:textId="77777777">
              <w:trPr>
                <w:trHeight w:hRule="exact" w:val="425"/>
              </w:trPr>
              <w:tc>
                <w:tcPr>
                  <w:tcW w:w="2041" w:type="dxa"/>
                </w:tcPr>
                <w:p w14:paraId="70F50582" w14:textId="77777777" w:rsidR="00804F49" w:rsidRDefault="00804F49"/>
              </w:tc>
              <w:tc>
                <w:tcPr>
                  <w:tcW w:w="964" w:type="dxa"/>
                  <w:vAlign w:val="center"/>
                </w:tcPr>
                <w:p w14:paraId="02E14ED5" w14:textId="77777777" w:rsidR="00804F49" w:rsidRDefault="0049747B">
                  <w:pPr>
                    <w:jc w:val="center"/>
                  </w:pPr>
                  <w:r>
                    <w:rPr>
                      <w:rFonts w:ascii="Segoe UI Symbol" w:eastAsia="Segoe UI Symbol" w:hAnsi="Segoe UI Symbol" w:cs="Segoe UI Symbol"/>
                      <w:color w:val="00517B"/>
                      <w:sz w:val="28"/>
                    </w:rPr>
                    <w:t>☐</w:t>
                  </w:r>
                </w:p>
              </w:tc>
              <w:tc>
                <w:tcPr>
                  <w:tcW w:w="964" w:type="dxa"/>
                  <w:vAlign w:val="center"/>
                </w:tcPr>
                <w:p w14:paraId="1899E592" w14:textId="77777777" w:rsidR="00804F49" w:rsidRDefault="0049747B">
                  <w:pPr>
                    <w:jc w:val="center"/>
                  </w:pPr>
                  <w:r>
                    <w:rPr>
                      <w:rFonts w:ascii="Segoe UI Symbol" w:eastAsia="Segoe UI Symbol" w:hAnsi="Segoe UI Symbol" w:cs="Segoe UI Symbol"/>
                      <w:color w:val="00517B"/>
                      <w:sz w:val="28"/>
                    </w:rPr>
                    <w:t>☐</w:t>
                  </w:r>
                </w:p>
              </w:tc>
              <w:tc>
                <w:tcPr>
                  <w:tcW w:w="964" w:type="dxa"/>
                  <w:vAlign w:val="center"/>
                </w:tcPr>
                <w:p w14:paraId="6308E19D" w14:textId="77777777" w:rsidR="00804F49" w:rsidRDefault="0049747B">
                  <w:pPr>
                    <w:jc w:val="center"/>
                  </w:pPr>
                  <w:r>
                    <w:rPr>
                      <w:rFonts w:ascii="Segoe UI Symbol" w:eastAsia="Segoe UI Symbol" w:hAnsi="Segoe UI Symbol" w:cs="Segoe UI Symbol"/>
                      <w:color w:val="00517B"/>
                      <w:sz w:val="28"/>
                    </w:rPr>
                    <w:t>☐</w:t>
                  </w:r>
                </w:p>
              </w:tc>
            </w:tr>
            <w:tr w:rsidR="00804F49" w14:paraId="63C54855" w14:textId="77777777">
              <w:trPr>
                <w:trHeight w:hRule="exact" w:val="425"/>
              </w:trPr>
              <w:tc>
                <w:tcPr>
                  <w:tcW w:w="2041" w:type="dxa"/>
                </w:tcPr>
                <w:p w14:paraId="0F9DAAD0" w14:textId="77777777" w:rsidR="00804F49" w:rsidRDefault="00804F49"/>
              </w:tc>
              <w:tc>
                <w:tcPr>
                  <w:tcW w:w="964" w:type="dxa"/>
                  <w:vAlign w:val="center"/>
                </w:tcPr>
                <w:p w14:paraId="2EAEAFA7" w14:textId="77777777" w:rsidR="00804F49" w:rsidRDefault="0049747B">
                  <w:pPr>
                    <w:jc w:val="center"/>
                  </w:pPr>
                  <w:r>
                    <w:rPr>
                      <w:rFonts w:ascii="Segoe UI Symbol" w:eastAsia="Segoe UI Symbol" w:hAnsi="Segoe UI Symbol" w:cs="Segoe UI Symbol"/>
                      <w:color w:val="00517B"/>
                      <w:sz w:val="28"/>
                    </w:rPr>
                    <w:t>☐</w:t>
                  </w:r>
                </w:p>
              </w:tc>
              <w:tc>
                <w:tcPr>
                  <w:tcW w:w="964" w:type="dxa"/>
                  <w:vAlign w:val="center"/>
                </w:tcPr>
                <w:p w14:paraId="7E955515" w14:textId="77777777" w:rsidR="00804F49" w:rsidRDefault="0049747B">
                  <w:pPr>
                    <w:jc w:val="center"/>
                  </w:pPr>
                  <w:r>
                    <w:rPr>
                      <w:rFonts w:ascii="Segoe UI Symbol" w:eastAsia="Segoe UI Symbol" w:hAnsi="Segoe UI Symbol" w:cs="Segoe UI Symbol"/>
                      <w:color w:val="00517B"/>
                      <w:sz w:val="28"/>
                    </w:rPr>
                    <w:t>☐</w:t>
                  </w:r>
                </w:p>
              </w:tc>
              <w:tc>
                <w:tcPr>
                  <w:tcW w:w="964" w:type="dxa"/>
                  <w:vAlign w:val="center"/>
                </w:tcPr>
                <w:p w14:paraId="41EE0868" w14:textId="77777777" w:rsidR="00804F49" w:rsidRDefault="0049747B">
                  <w:pPr>
                    <w:jc w:val="center"/>
                  </w:pPr>
                  <w:r>
                    <w:rPr>
                      <w:rFonts w:ascii="Segoe UI Symbol" w:eastAsia="Segoe UI Symbol" w:hAnsi="Segoe UI Symbol" w:cs="Segoe UI Symbol"/>
                      <w:color w:val="00517B"/>
                      <w:sz w:val="28"/>
                    </w:rPr>
                    <w:t>☐</w:t>
                  </w:r>
                </w:p>
              </w:tc>
            </w:tr>
          </w:tbl>
          <w:p w14:paraId="2274DAD1" w14:textId="77777777" w:rsidR="00804F49" w:rsidRDefault="0049747B">
            <w:pPr>
              <w:spacing w:before="100"/>
            </w:pPr>
            <w:r>
              <w:rPr>
                <w:rFonts w:cs="Secca KjG"/>
                <w:color w:val="5A5A5A"/>
                <w:sz w:val="14"/>
              </w:rPr>
              <w:t>Bei jeder Person genau ein Kreuz: Ja, Nein oder Enthaltung. Bitte nichts dazuschreiben, sonst ist der Stimmzettel ungültig.</w:t>
            </w:r>
          </w:p>
        </w:tc>
        <w:tc>
          <w:tcPr>
            <w:tcW w:w="5386" w:type="dxa"/>
          </w:tcPr>
          <w:p w14:paraId="77FB5A04" w14:textId="77777777" w:rsidR="00804F49" w:rsidRDefault="0049747B">
            <w:r>
              <w:rPr>
                <w:noProof/>
              </w:rPr>
              <w:drawing>
                <wp:inline distT="0" distB="0" distL="0" distR="0" wp14:anchorId="34D17CC1" wp14:editId="63ABBE18">
                  <wp:extent cx="979962" cy="270000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_rgb.png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9962" cy="27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0B94058" w14:textId="77777777" w:rsidR="00804F49" w:rsidRDefault="0049747B">
            <w:pPr>
              <w:spacing w:before="80"/>
            </w:pPr>
            <w:r>
              <w:rPr>
                <w:rFonts w:cs="Secca KjG"/>
                <w:b/>
                <w:color w:val="CC0740"/>
                <w:sz w:val="32"/>
              </w:rPr>
              <w:t>Stimmzettel</w:t>
            </w:r>
          </w:p>
          <w:p w14:paraId="5DE6313B" w14:textId="77777777" w:rsidR="00804F49" w:rsidRDefault="0049747B">
            <w:pPr>
              <w:spacing w:after="80"/>
            </w:pPr>
            <w:r>
              <w:rPr>
                <w:rFonts w:cs="Secca KjG"/>
                <w:color w:val="5A5A5A"/>
                <w:sz w:val="16"/>
              </w:rPr>
              <w:t>Mitgliederversammlung der KjG ______________ am ________</w:t>
            </w:r>
          </w:p>
          <w:p w14:paraId="62FB864A" w14:textId="77777777" w:rsidR="00804F49" w:rsidRDefault="0049747B">
            <w:pPr>
              <w:spacing w:before="120" w:after="40"/>
            </w:pPr>
            <w:r>
              <w:rPr>
                <w:rFonts w:cs="Secca KjG"/>
                <w:b/>
                <w:color w:val="00517B"/>
              </w:rPr>
              <w:t>Wahl: ______________________</w:t>
            </w:r>
          </w:p>
          <w:tbl>
            <w:tblPr>
              <w:tblW w:w="0" w:type="auto"/>
              <w:tblBorders>
                <w:top w:val="single" w:sz="4" w:space="0" w:color="B9D3EA"/>
                <w:left w:val="single" w:sz="4" w:space="0" w:color="B9D3EA"/>
                <w:bottom w:val="single" w:sz="4" w:space="0" w:color="B9D3EA"/>
                <w:right w:val="single" w:sz="4" w:space="0" w:color="B9D3EA"/>
                <w:insideH w:val="single" w:sz="4" w:space="0" w:color="B9D3EA"/>
                <w:insideV w:val="single" w:sz="4" w:space="0" w:color="B9D3EA"/>
              </w:tblBorders>
              <w:tblLayout w:type="fixed"/>
              <w:tblCellMar>
                <w:top w:w="40" w:type="dxa"/>
                <w:left w:w="80" w:type="dxa"/>
                <w:bottom w:w="40" w:type="dxa"/>
                <w:right w:w="80" w:type="dxa"/>
              </w:tblCellMar>
              <w:tblLook w:val="04A0" w:firstRow="1" w:lastRow="0" w:firstColumn="1" w:lastColumn="0" w:noHBand="0" w:noVBand="1"/>
            </w:tblPr>
            <w:tblGrid>
              <w:gridCol w:w="2041"/>
              <w:gridCol w:w="964"/>
              <w:gridCol w:w="964"/>
              <w:gridCol w:w="964"/>
            </w:tblGrid>
            <w:tr w:rsidR="00804F49" w14:paraId="035DF242" w14:textId="77777777">
              <w:trPr>
                <w:trHeight w:hRule="exact" w:val="283"/>
              </w:trPr>
              <w:tc>
                <w:tcPr>
                  <w:tcW w:w="2041" w:type="dxa"/>
                  <w:vAlign w:val="center"/>
                </w:tcPr>
                <w:p w14:paraId="665BB2BA" w14:textId="77777777" w:rsidR="00804F49" w:rsidRDefault="0049747B">
                  <w:r>
                    <w:rPr>
                      <w:rFonts w:cs="Secca KjG"/>
                      <w:b/>
                      <w:color w:val="00517B"/>
                      <w:sz w:val="16"/>
                    </w:rPr>
                    <w:t>Name</w:t>
                  </w:r>
                </w:p>
              </w:tc>
              <w:tc>
                <w:tcPr>
                  <w:tcW w:w="964" w:type="dxa"/>
                  <w:vAlign w:val="center"/>
                </w:tcPr>
                <w:p w14:paraId="66E46E59" w14:textId="77777777" w:rsidR="00804F49" w:rsidRDefault="0049747B">
                  <w:pPr>
                    <w:jc w:val="center"/>
                  </w:pPr>
                  <w:r>
                    <w:rPr>
                      <w:rFonts w:cs="Secca KjG"/>
                      <w:b/>
                      <w:color w:val="00517B"/>
                      <w:sz w:val="16"/>
                    </w:rPr>
                    <w:t>Ja</w:t>
                  </w:r>
                </w:p>
              </w:tc>
              <w:tc>
                <w:tcPr>
                  <w:tcW w:w="964" w:type="dxa"/>
                  <w:vAlign w:val="center"/>
                </w:tcPr>
                <w:p w14:paraId="646A31EF" w14:textId="77777777" w:rsidR="00804F49" w:rsidRDefault="0049747B">
                  <w:pPr>
                    <w:jc w:val="center"/>
                  </w:pPr>
                  <w:r>
                    <w:rPr>
                      <w:rFonts w:cs="Secca KjG"/>
                      <w:b/>
                      <w:color w:val="00517B"/>
                      <w:sz w:val="16"/>
                    </w:rPr>
                    <w:t>Nein</w:t>
                  </w:r>
                </w:p>
              </w:tc>
              <w:tc>
                <w:tcPr>
                  <w:tcW w:w="964" w:type="dxa"/>
                  <w:vAlign w:val="center"/>
                </w:tcPr>
                <w:p w14:paraId="590A835A" w14:textId="77777777" w:rsidR="00804F49" w:rsidRDefault="0049747B">
                  <w:pPr>
                    <w:jc w:val="center"/>
                  </w:pPr>
                  <w:r>
                    <w:rPr>
                      <w:rFonts w:cs="Secca KjG"/>
                      <w:b/>
                      <w:color w:val="00517B"/>
                      <w:sz w:val="16"/>
                    </w:rPr>
                    <w:t>Enthaltung</w:t>
                  </w:r>
                </w:p>
              </w:tc>
            </w:tr>
            <w:tr w:rsidR="00804F49" w14:paraId="0309EFF2" w14:textId="77777777">
              <w:trPr>
                <w:trHeight w:hRule="exact" w:val="425"/>
              </w:trPr>
              <w:tc>
                <w:tcPr>
                  <w:tcW w:w="2041" w:type="dxa"/>
                </w:tcPr>
                <w:p w14:paraId="46238A4B" w14:textId="77777777" w:rsidR="00804F49" w:rsidRDefault="00804F49"/>
              </w:tc>
              <w:tc>
                <w:tcPr>
                  <w:tcW w:w="964" w:type="dxa"/>
                  <w:vAlign w:val="center"/>
                </w:tcPr>
                <w:p w14:paraId="5C7D418D" w14:textId="77777777" w:rsidR="00804F49" w:rsidRDefault="0049747B">
                  <w:pPr>
                    <w:jc w:val="center"/>
                  </w:pPr>
                  <w:r>
                    <w:rPr>
                      <w:rFonts w:ascii="Segoe UI Symbol" w:eastAsia="Segoe UI Symbol" w:hAnsi="Segoe UI Symbol" w:cs="Segoe UI Symbol"/>
                      <w:color w:val="00517B"/>
                      <w:sz w:val="28"/>
                    </w:rPr>
                    <w:t>☐</w:t>
                  </w:r>
                </w:p>
              </w:tc>
              <w:tc>
                <w:tcPr>
                  <w:tcW w:w="964" w:type="dxa"/>
                  <w:vAlign w:val="center"/>
                </w:tcPr>
                <w:p w14:paraId="4C48A40D" w14:textId="77777777" w:rsidR="00804F49" w:rsidRDefault="0049747B">
                  <w:pPr>
                    <w:jc w:val="center"/>
                  </w:pPr>
                  <w:r>
                    <w:rPr>
                      <w:rFonts w:ascii="Segoe UI Symbol" w:eastAsia="Segoe UI Symbol" w:hAnsi="Segoe UI Symbol" w:cs="Segoe UI Symbol"/>
                      <w:color w:val="00517B"/>
                      <w:sz w:val="28"/>
                    </w:rPr>
                    <w:t>☐</w:t>
                  </w:r>
                </w:p>
              </w:tc>
              <w:tc>
                <w:tcPr>
                  <w:tcW w:w="964" w:type="dxa"/>
                  <w:vAlign w:val="center"/>
                </w:tcPr>
                <w:p w14:paraId="19CA5ACB" w14:textId="77777777" w:rsidR="00804F49" w:rsidRDefault="0049747B">
                  <w:pPr>
                    <w:jc w:val="center"/>
                  </w:pPr>
                  <w:r>
                    <w:rPr>
                      <w:rFonts w:ascii="Segoe UI Symbol" w:eastAsia="Segoe UI Symbol" w:hAnsi="Segoe UI Symbol" w:cs="Segoe UI Symbol"/>
                      <w:color w:val="00517B"/>
                      <w:sz w:val="28"/>
                    </w:rPr>
                    <w:t>☐</w:t>
                  </w:r>
                </w:p>
              </w:tc>
            </w:tr>
            <w:tr w:rsidR="00804F49" w14:paraId="430EA6D9" w14:textId="77777777">
              <w:trPr>
                <w:trHeight w:hRule="exact" w:val="425"/>
              </w:trPr>
              <w:tc>
                <w:tcPr>
                  <w:tcW w:w="2041" w:type="dxa"/>
                </w:tcPr>
                <w:p w14:paraId="2F46D45B" w14:textId="77777777" w:rsidR="00804F49" w:rsidRDefault="00804F49"/>
              </w:tc>
              <w:tc>
                <w:tcPr>
                  <w:tcW w:w="964" w:type="dxa"/>
                  <w:vAlign w:val="center"/>
                </w:tcPr>
                <w:p w14:paraId="4B4D7ECD" w14:textId="77777777" w:rsidR="00804F49" w:rsidRDefault="0049747B">
                  <w:pPr>
                    <w:jc w:val="center"/>
                  </w:pPr>
                  <w:r>
                    <w:rPr>
                      <w:rFonts w:ascii="Segoe UI Symbol" w:eastAsia="Segoe UI Symbol" w:hAnsi="Segoe UI Symbol" w:cs="Segoe UI Symbol"/>
                      <w:color w:val="00517B"/>
                      <w:sz w:val="28"/>
                    </w:rPr>
                    <w:t>☐</w:t>
                  </w:r>
                </w:p>
              </w:tc>
              <w:tc>
                <w:tcPr>
                  <w:tcW w:w="964" w:type="dxa"/>
                  <w:vAlign w:val="center"/>
                </w:tcPr>
                <w:p w14:paraId="770663D9" w14:textId="77777777" w:rsidR="00804F49" w:rsidRDefault="0049747B">
                  <w:pPr>
                    <w:jc w:val="center"/>
                  </w:pPr>
                  <w:r>
                    <w:rPr>
                      <w:rFonts w:ascii="Segoe UI Symbol" w:eastAsia="Segoe UI Symbol" w:hAnsi="Segoe UI Symbol" w:cs="Segoe UI Symbol"/>
                      <w:color w:val="00517B"/>
                      <w:sz w:val="28"/>
                    </w:rPr>
                    <w:t>☐</w:t>
                  </w:r>
                </w:p>
              </w:tc>
              <w:tc>
                <w:tcPr>
                  <w:tcW w:w="964" w:type="dxa"/>
                  <w:vAlign w:val="center"/>
                </w:tcPr>
                <w:p w14:paraId="4B3172D1" w14:textId="77777777" w:rsidR="00804F49" w:rsidRDefault="0049747B">
                  <w:pPr>
                    <w:jc w:val="center"/>
                  </w:pPr>
                  <w:r>
                    <w:rPr>
                      <w:rFonts w:ascii="Segoe UI Symbol" w:eastAsia="Segoe UI Symbol" w:hAnsi="Segoe UI Symbol" w:cs="Segoe UI Symbol"/>
                      <w:color w:val="00517B"/>
                      <w:sz w:val="28"/>
                    </w:rPr>
                    <w:t>☐</w:t>
                  </w:r>
                </w:p>
              </w:tc>
            </w:tr>
            <w:tr w:rsidR="00804F49" w14:paraId="32242221" w14:textId="77777777">
              <w:trPr>
                <w:trHeight w:hRule="exact" w:val="425"/>
              </w:trPr>
              <w:tc>
                <w:tcPr>
                  <w:tcW w:w="2041" w:type="dxa"/>
                </w:tcPr>
                <w:p w14:paraId="2423B464" w14:textId="77777777" w:rsidR="00804F49" w:rsidRDefault="00804F49"/>
              </w:tc>
              <w:tc>
                <w:tcPr>
                  <w:tcW w:w="964" w:type="dxa"/>
                  <w:vAlign w:val="center"/>
                </w:tcPr>
                <w:p w14:paraId="08CC26D7" w14:textId="77777777" w:rsidR="00804F49" w:rsidRDefault="0049747B">
                  <w:pPr>
                    <w:jc w:val="center"/>
                  </w:pPr>
                  <w:r>
                    <w:rPr>
                      <w:rFonts w:ascii="Segoe UI Symbol" w:eastAsia="Segoe UI Symbol" w:hAnsi="Segoe UI Symbol" w:cs="Segoe UI Symbol"/>
                      <w:color w:val="00517B"/>
                      <w:sz w:val="28"/>
                    </w:rPr>
                    <w:t>☐</w:t>
                  </w:r>
                </w:p>
              </w:tc>
              <w:tc>
                <w:tcPr>
                  <w:tcW w:w="964" w:type="dxa"/>
                  <w:vAlign w:val="center"/>
                </w:tcPr>
                <w:p w14:paraId="1AFAB6A9" w14:textId="77777777" w:rsidR="00804F49" w:rsidRDefault="0049747B">
                  <w:pPr>
                    <w:jc w:val="center"/>
                  </w:pPr>
                  <w:r>
                    <w:rPr>
                      <w:rFonts w:ascii="Segoe UI Symbol" w:eastAsia="Segoe UI Symbol" w:hAnsi="Segoe UI Symbol" w:cs="Segoe UI Symbol"/>
                      <w:color w:val="00517B"/>
                      <w:sz w:val="28"/>
                    </w:rPr>
                    <w:t>☐</w:t>
                  </w:r>
                </w:p>
              </w:tc>
              <w:tc>
                <w:tcPr>
                  <w:tcW w:w="964" w:type="dxa"/>
                  <w:vAlign w:val="center"/>
                </w:tcPr>
                <w:p w14:paraId="1F3E3FD9" w14:textId="77777777" w:rsidR="00804F49" w:rsidRDefault="0049747B">
                  <w:pPr>
                    <w:jc w:val="center"/>
                  </w:pPr>
                  <w:r>
                    <w:rPr>
                      <w:rFonts w:ascii="Segoe UI Symbol" w:eastAsia="Segoe UI Symbol" w:hAnsi="Segoe UI Symbol" w:cs="Segoe UI Symbol"/>
                      <w:color w:val="00517B"/>
                      <w:sz w:val="28"/>
                    </w:rPr>
                    <w:t>☐</w:t>
                  </w:r>
                </w:p>
              </w:tc>
            </w:tr>
            <w:tr w:rsidR="00804F49" w14:paraId="27E5E980" w14:textId="77777777">
              <w:trPr>
                <w:trHeight w:hRule="exact" w:val="425"/>
              </w:trPr>
              <w:tc>
                <w:tcPr>
                  <w:tcW w:w="2041" w:type="dxa"/>
                </w:tcPr>
                <w:p w14:paraId="2F3E0B9B" w14:textId="77777777" w:rsidR="00804F49" w:rsidRDefault="00804F49"/>
              </w:tc>
              <w:tc>
                <w:tcPr>
                  <w:tcW w:w="964" w:type="dxa"/>
                  <w:vAlign w:val="center"/>
                </w:tcPr>
                <w:p w14:paraId="7A4FF4F3" w14:textId="77777777" w:rsidR="00804F49" w:rsidRDefault="0049747B">
                  <w:pPr>
                    <w:jc w:val="center"/>
                  </w:pPr>
                  <w:r>
                    <w:rPr>
                      <w:rFonts w:ascii="Segoe UI Symbol" w:eastAsia="Segoe UI Symbol" w:hAnsi="Segoe UI Symbol" w:cs="Segoe UI Symbol"/>
                      <w:color w:val="00517B"/>
                      <w:sz w:val="28"/>
                    </w:rPr>
                    <w:t>☐</w:t>
                  </w:r>
                </w:p>
              </w:tc>
              <w:tc>
                <w:tcPr>
                  <w:tcW w:w="964" w:type="dxa"/>
                  <w:vAlign w:val="center"/>
                </w:tcPr>
                <w:p w14:paraId="6874FE98" w14:textId="77777777" w:rsidR="00804F49" w:rsidRDefault="0049747B">
                  <w:pPr>
                    <w:jc w:val="center"/>
                  </w:pPr>
                  <w:r>
                    <w:rPr>
                      <w:rFonts w:ascii="Segoe UI Symbol" w:eastAsia="Segoe UI Symbol" w:hAnsi="Segoe UI Symbol" w:cs="Segoe UI Symbol"/>
                      <w:color w:val="00517B"/>
                      <w:sz w:val="28"/>
                    </w:rPr>
                    <w:t>☐</w:t>
                  </w:r>
                </w:p>
              </w:tc>
              <w:tc>
                <w:tcPr>
                  <w:tcW w:w="964" w:type="dxa"/>
                  <w:vAlign w:val="center"/>
                </w:tcPr>
                <w:p w14:paraId="6B57F1D8" w14:textId="77777777" w:rsidR="00804F49" w:rsidRDefault="0049747B">
                  <w:pPr>
                    <w:jc w:val="center"/>
                  </w:pPr>
                  <w:r>
                    <w:rPr>
                      <w:rFonts w:ascii="Segoe UI Symbol" w:eastAsia="Segoe UI Symbol" w:hAnsi="Segoe UI Symbol" w:cs="Segoe UI Symbol"/>
                      <w:color w:val="00517B"/>
                      <w:sz w:val="28"/>
                    </w:rPr>
                    <w:t>☐</w:t>
                  </w:r>
                </w:p>
              </w:tc>
            </w:tr>
            <w:tr w:rsidR="00804F49" w14:paraId="5ADD8DB0" w14:textId="77777777">
              <w:trPr>
                <w:trHeight w:hRule="exact" w:val="425"/>
              </w:trPr>
              <w:tc>
                <w:tcPr>
                  <w:tcW w:w="2041" w:type="dxa"/>
                </w:tcPr>
                <w:p w14:paraId="3A3B9B0F" w14:textId="77777777" w:rsidR="00804F49" w:rsidRDefault="00804F49"/>
              </w:tc>
              <w:tc>
                <w:tcPr>
                  <w:tcW w:w="964" w:type="dxa"/>
                  <w:vAlign w:val="center"/>
                </w:tcPr>
                <w:p w14:paraId="1BB853D6" w14:textId="77777777" w:rsidR="00804F49" w:rsidRDefault="0049747B">
                  <w:pPr>
                    <w:jc w:val="center"/>
                  </w:pPr>
                  <w:r>
                    <w:rPr>
                      <w:rFonts w:ascii="Segoe UI Symbol" w:eastAsia="Segoe UI Symbol" w:hAnsi="Segoe UI Symbol" w:cs="Segoe UI Symbol"/>
                      <w:color w:val="00517B"/>
                      <w:sz w:val="28"/>
                    </w:rPr>
                    <w:t>☐</w:t>
                  </w:r>
                </w:p>
              </w:tc>
              <w:tc>
                <w:tcPr>
                  <w:tcW w:w="964" w:type="dxa"/>
                  <w:vAlign w:val="center"/>
                </w:tcPr>
                <w:p w14:paraId="0974F3DD" w14:textId="77777777" w:rsidR="00804F49" w:rsidRDefault="0049747B">
                  <w:pPr>
                    <w:jc w:val="center"/>
                  </w:pPr>
                  <w:r>
                    <w:rPr>
                      <w:rFonts w:ascii="Segoe UI Symbol" w:eastAsia="Segoe UI Symbol" w:hAnsi="Segoe UI Symbol" w:cs="Segoe UI Symbol"/>
                      <w:color w:val="00517B"/>
                      <w:sz w:val="28"/>
                    </w:rPr>
                    <w:t>☐</w:t>
                  </w:r>
                </w:p>
              </w:tc>
              <w:tc>
                <w:tcPr>
                  <w:tcW w:w="964" w:type="dxa"/>
                  <w:vAlign w:val="center"/>
                </w:tcPr>
                <w:p w14:paraId="66BC24D3" w14:textId="77777777" w:rsidR="00804F49" w:rsidRDefault="0049747B">
                  <w:pPr>
                    <w:jc w:val="center"/>
                  </w:pPr>
                  <w:r>
                    <w:rPr>
                      <w:rFonts w:ascii="Segoe UI Symbol" w:eastAsia="Segoe UI Symbol" w:hAnsi="Segoe UI Symbol" w:cs="Segoe UI Symbol"/>
                      <w:color w:val="00517B"/>
                      <w:sz w:val="28"/>
                    </w:rPr>
                    <w:t>☐</w:t>
                  </w:r>
                </w:p>
              </w:tc>
            </w:tr>
            <w:tr w:rsidR="00804F49" w14:paraId="3366683E" w14:textId="77777777">
              <w:trPr>
                <w:trHeight w:hRule="exact" w:val="425"/>
              </w:trPr>
              <w:tc>
                <w:tcPr>
                  <w:tcW w:w="2041" w:type="dxa"/>
                </w:tcPr>
                <w:p w14:paraId="00918D61" w14:textId="77777777" w:rsidR="00804F49" w:rsidRDefault="00804F49"/>
              </w:tc>
              <w:tc>
                <w:tcPr>
                  <w:tcW w:w="964" w:type="dxa"/>
                  <w:vAlign w:val="center"/>
                </w:tcPr>
                <w:p w14:paraId="6AE9800D" w14:textId="77777777" w:rsidR="00804F49" w:rsidRDefault="0049747B">
                  <w:pPr>
                    <w:jc w:val="center"/>
                  </w:pPr>
                  <w:r>
                    <w:rPr>
                      <w:rFonts w:ascii="Segoe UI Symbol" w:eastAsia="Segoe UI Symbol" w:hAnsi="Segoe UI Symbol" w:cs="Segoe UI Symbol"/>
                      <w:color w:val="00517B"/>
                      <w:sz w:val="28"/>
                    </w:rPr>
                    <w:t>☐</w:t>
                  </w:r>
                </w:p>
              </w:tc>
              <w:tc>
                <w:tcPr>
                  <w:tcW w:w="964" w:type="dxa"/>
                  <w:vAlign w:val="center"/>
                </w:tcPr>
                <w:p w14:paraId="1AE26D4F" w14:textId="77777777" w:rsidR="00804F49" w:rsidRDefault="0049747B">
                  <w:pPr>
                    <w:jc w:val="center"/>
                  </w:pPr>
                  <w:r>
                    <w:rPr>
                      <w:rFonts w:ascii="Segoe UI Symbol" w:eastAsia="Segoe UI Symbol" w:hAnsi="Segoe UI Symbol" w:cs="Segoe UI Symbol"/>
                      <w:color w:val="00517B"/>
                      <w:sz w:val="28"/>
                    </w:rPr>
                    <w:t>☐</w:t>
                  </w:r>
                </w:p>
              </w:tc>
              <w:tc>
                <w:tcPr>
                  <w:tcW w:w="964" w:type="dxa"/>
                  <w:vAlign w:val="center"/>
                </w:tcPr>
                <w:p w14:paraId="7B883501" w14:textId="77777777" w:rsidR="00804F49" w:rsidRDefault="0049747B">
                  <w:pPr>
                    <w:jc w:val="center"/>
                  </w:pPr>
                  <w:r>
                    <w:rPr>
                      <w:rFonts w:ascii="Segoe UI Symbol" w:eastAsia="Segoe UI Symbol" w:hAnsi="Segoe UI Symbol" w:cs="Segoe UI Symbol"/>
                      <w:color w:val="00517B"/>
                      <w:sz w:val="28"/>
                    </w:rPr>
                    <w:t>☐</w:t>
                  </w:r>
                </w:p>
              </w:tc>
            </w:tr>
            <w:tr w:rsidR="00804F49" w14:paraId="44EB802F" w14:textId="77777777">
              <w:trPr>
                <w:trHeight w:hRule="exact" w:val="425"/>
              </w:trPr>
              <w:tc>
                <w:tcPr>
                  <w:tcW w:w="2041" w:type="dxa"/>
                </w:tcPr>
                <w:p w14:paraId="7AB9D62E" w14:textId="77777777" w:rsidR="00804F49" w:rsidRDefault="00804F49"/>
              </w:tc>
              <w:tc>
                <w:tcPr>
                  <w:tcW w:w="964" w:type="dxa"/>
                  <w:vAlign w:val="center"/>
                </w:tcPr>
                <w:p w14:paraId="465AA3BD" w14:textId="77777777" w:rsidR="00804F49" w:rsidRDefault="0049747B">
                  <w:pPr>
                    <w:jc w:val="center"/>
                  </w:pPr>
                  <w:r>
                    <w:rPr>
                      <w:rFonts w:ascii="Segoe UI Symbol" w:eastAsia="Segoe UI Symbol" w:hAnsi="Segoe UI Symbol" w:cs="Segoe UI Symbol"/>
                      <w:color w:val="00517B"/>
                      <w:sz w:val="28"/>
                    </w:rPr>
                    <w:t>☐</w:t>
                  </w:r>
                </w:p>
              </w:tc>
              <w:tc>
                <w:tcPr>
                  <w:tcW w:w="964" w:type="dxa"/>
                  <w:vAlign w:val="center"/>
                </w:tcPr>
                <w:p w14:paraId="1E485B69" w14:textId="77777777" w:rsidR="00804F49" w:rsidRDefault="0049747B">
                  <w:pPr>
                    <w:jc w:val="center"/>
                  </w:pPr>
                  <w:r>
                    <w:rPr>
                      <w:rFonts w:ascii="Segoe UI Symbol" w:eastAsia="Segoe UI Symbol" w:hAnsi="Segoe UI Symbol" w:cs="Segoe UI Symbol"/>
                      <w:color w:val="00517B"/>
                      <w:sz w:val="28"/>
                    </w:rPr>
                    <w:t>☐</w:t>
                  </w:r>
                </w:p>
              </w:tc>
              <w:tc>
                <w:tcPr>
                  <w:tcW w:w="964" w:type="dxa"/>
                  <w:vAlign w:val="center"/>
                </w:tcPr>
                <w:p w14:paraId="58E78523" w14:textId="77777777" w:rsidR="00804F49" w:rsidRDefault="0049747B">
                  <w:pPr>
                    <w:jc w:val="center"/>
                  </w:pPr>
                  <w:r>
                    <w:rPr>
                      <w:rFonts w:ascii="Segoe UI Symbol" w:eastAsia="Segoe UI Symbol" w:hAnsi="Segoe UI Symbol" w:cs="Segoe UI Symbol"/>
                      <w:color w:val="00517B"/>
                      <w:sz w:val="28"/>
                    </w:rPr>
                    <w:t>☐</w:t>
                  </w:r>
                </w:p>
              </w:tc>
            </w:tr>
          </w:tbl>
          <w:p w14:paraId="19A15734" w14:textId="77777777" w:rsidR="00804F49" w:rsidRDefault="0049747B">
            <w:pPr>
              <w:spacing w:before="100"/>
            </w:pPr>
            <w:r>
              <w:rPr>
                <w:rFonts w:cs="Secca KjG"/>
                <w:color w:val="5A5A5A"/>
                <w:sz w:val="14"/>
              </w:rPr>
              <w:t>Bei jeder Person genau ein Kreuz: Ja, Nein oder Enthaltung. Bitte nichts dazuschreiben, sonst ist der Stimmzettel ungültig.</w:t>
            </w:r>
          </w:p>
        </w:tc>
      </w:tr>
      <w:tr w:rsidR="00804F49" w14:paraId="150CCDD0" w14:textId="77777777">
        <w:trPr>
          <w:trHeight w:hRule="exact" w:val="7597"/>
        </w:trPr>
        <w:tc>
          <w:tcPr>
            <w:tcW w:w="5386" w:type="dxa"/>
          </w:tcPr>
          <w:p w14:paraId="254DD89C" w14:textId="77777777" w:rsidR="00804F49" w:rsidRDefault="0049747B">
            <w:r>
              <w:rPr>
                <w:noProof/>
              </w:rPr>
              <w:drawing>
                <wp:inline distT="0" distB="0" distL="0" distR="0" wp14:anchorId="4EA89195" wp14:editId="33E5EC6D">
                  <wp:extent cx="979962" cy="270000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_rgb.png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9962" cy="27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67BAF11" w14:textId="77777777" w:rsidR="00804F49" w:rsidRDefault="0049747B">
            <w:pPr>
              <w:spacing w:before="80"/>
            </w:pPr>
            <w:r>
              <w:rPr>
                <w:rFonts w:cs="Secca KjG"/>
                <w:b/>
                <w:color w:val="CC0740"/>
                <w:sz w:val="32"/>
              </w:rPr>
              <w:t>Stimmzettel</w:t>
            </w:r>
          </w:p>
          <w:p w14:paraId="41F7E336" w14:textId="77777777" w:rsidR="00804F49" w:rsidRDefault="0049747B">
            <w:pPr>
              <w:spacing w:after="80"/>
            </w:pPr>
            <w:r>
              <w:rPr>
                <w:rFonts w:cs="Secca KjG"/>
                <w:color w:val="5A5A5A"/>
                <w:sz w:val="16"/>
              </w:rPr>
              <w:t>Mitgliederversammlung der KjG ______________ am ________</w:t>
            </w:r>
          </w:p>
          <w:p w14:paraId="5DD465C2" w14:textId="77777777" w:rsidR="00804F49" w:rsidRDefault="0049747B">
            <w:pPr>
              <w:spacing w:before="120" w:after="40"/>
            </w:pPr>
            <w:r>
              <w:rPr>
                <w:rFonts w:cs="Secca KjG"/>
                <w:b/>
                <w:color w:val="00517B"/>
              </w:rPr>
              <w:t>Wahl: ______________________</w:t>
            </w:r>
          </w:p>
          <w:tbl>
            <w:tblPr>
              <w:tblW w:w="0" w:type="auto"/>
              <w:tblBorders>
                <w:top w:val="single" w:sz="4" w:space="0" w:color="B9D3EA"/>
                <w:left w:val="single" w:sz="4" w:space="0" w:color="B9D3EA"/>
                <w:bottom w:val="single" w:sz="4" w:space="0" w:color="B9D3EA"/>
                <w:right w:val="single" w:sz="4" w:space="0" w:color="B9D3EA"/>
                <w:insideH w:val="single" w:sz="4" w:space="0" w:color="B9D3EA"/>
                <w:insideV w:val="single" w:sz="4" w:space="0" w:color="B9D3EA"/>
              </w:tblBorders>
              <w:tblLayout w:type="fixed"/>
              <w:tblCellMar>
                <w:top w:w="40" w:type="dxa"/>
                <w:left w:w="80" w:type="dxa"/>
                <w:bottom w:w="40" w:type="dxa"/>
                <w:right w:w="80" w:type="dxa"/>
              </w:tblCellMar>
              <w:tblLook w:val="04A0" w:firstRow="1" w:lastRow="0" w:firstColumn="1" w:lastColumn="0" w:noHBand="0" w:noVBand="1"/>
            </w:tblPr>
            <w:tblGrid>
              <w:gridCol w:w="2041"/>
              <w:gridCol w:w="964"/>
              <w:gridCol w:w="964"/>
              <w:gridCol w:w="964"/>
            </w:tblGrid>
            <w:tr w:rsidR="00804F49" w14:paraId="3DDB2CB1" w14:textId="77777777">
              <w:trPr>
                <w:trHeight w:hRule="exact" w:val="283"/>
              </w:trPr>
              <w:tc>
                <w:tcPr>
                  <w:tcW w:w="2041" w:type="dxa"/>
                  <w:vAlign w:val="center"/>
                </w:tcPr>
                <w:p w14:paraId="3850A6D5" w14:textId="77777777" w:rsidR="00804F49" w:rsidRDefault="0049747B">
                  <w:r>
                    <w:rPr>
                      <w:rFonts w:cs="Secca KjG"/>
                      <w:b/>
                      <w:color w:val="00517B"/>
                      <w:sz w:val="16"/>
                    </w:rPr>
                    <w:t>Name</w:t>
                  </w:r>
                </w:p>
              </w:tc>
              <w:tc>
                <w:tcPr>
                  <w:tcW w:w="964" w:type="dxa"/>
                  <w:vAlign w:val="center"/>
                </w:tcPr>
                <w:p w14:paraId="091D0DAD" w14:textId="77777777" w:rsidR="00804F49" w:rsidRDefault="0049747B">
                  <w:pPr>
                    <w:jc w:val="center"/>
                  </w:pPr>
                  <w:r>
                    <w:rPr>
                      <w:rFonts w:cs="Secca KjG"/>
                      <w:b/>
                      <w:color w:val="00517B"/>
                      <w:sz w:val="16"/>
                    </w:rPr>
                    <w:t>Ja</w:t>
                  </w:r>
                </w:p>
              </w:tc>
              <w:tc>
                <w:tcPr>
                  <w:tcW w:w="964" w:type="dxa"/>
                  <w:vAlign w:val="center"/>
                </w:tcPr>
                <w:p w14:paraId="3AA26696" w14:textId="77777777" w:rsidR="00804F49" w:rsidRDefault="0049747B">
                  <w:pPr>
                    <w:jc w:val="center"/>
                  </w:pPr>
                  <w:r>
                    <w:rPr>
                      <w:rFonts w:cs="Secca KjG"/>
                      <w:b/>
                      <w:color w:val="00517B"/>
                      <w:sz w:val="16"/>
                    </w:rPr>
                    <w:t>Nein</w:t>
                  </w:r>
                </w:p>
              </w:tc>
              <w:tc>
                <w:tcPr>
                  <w:tcW w:w="964" w:type="dxa"/>
                  <w:vAlign w:val="center"/>
                </w:tcPr>
                <w:p w14:paraId="03465FF0" w14:textId="77777777" w:rsidR="00804F49" w:rsidRDefault="0049747B">
                  <w:pPr>
                    <w:jc w:val="center"/>
                  </w:pPr>
                  <w:r>
                    <w:rPr>
                      <w:rFonts w:cs="Secca KjG"/>
                      <w:b/>
                      <w:color w:val="00517B"/>
                      <w:sz w:val="16"/>
                    </w:rPr>
                    <w:t>Enthaltung</w:t>
                  </w:r>
                </w:p>
              </w:tc>
            </w:tr>
            <w:tr w:rsidR="00804F49" w14:paraId="11ACF2DC" w14:textId="77777777">
              <w:trPr>
                <w:trHeight w:hRule="exact" w:val="425"/>
              </w:trPr>
              <w:tc>
                <w:tcPr>
                  <w:tcW w:w="2041" w:type="dxa"/>
                </w:tcPr>
                <w:p w14:paraId="1C4E461E" w14:textId="77777777" w:rsidR="00804F49" w:rsidRDefault="00804F49"/>
              </w:tc>
              <w:tc>
                <w:tcPr>
                  <w:tcW w:w="964" w:type="dxa"/>
                  <w:vAlign w:val="center"/>
                </w:tcPr>
                <w:p w14:paraId="01E49FC7" w14:textId="77777777" w:rsidR="00804F49" w:rsidRDefault="0049747B">
                  <w:pPr>
                    <w:jc w:val="center"/>
                  </w:pPr>
                  <w:r>
                    <w:rPr>
                      <w:rFonts w:ascii="Segoe UI Symbol" w:eastAsia="Segoe UI Symbol" w:hAnsi="Segoe UI Symbol" w:cs="Segoe UI Symbol"/>
                      <w:color w:val="00517B"/>
                      <w:sz w:val="28"/>
                    </w:rPr>
                    <w:t>☐</w:t>
                  </w:r>
                </w:p>
              </w:tc>
              <w:tc>
                <w:tcPr>
                  <w:tcW w:w="964" w:type="dxa"/>
                  <w:vAlign w:val="center"/>
                </w:tcPr>
                <w:p w14:paraId="3AD25595" w14:textId="77777777" w:rsidR="00804F49" w:rsidRDefault="0049747B">
                  <w:pPr>
                    <w:jc w:val="center"/>
                  </w:pPr>
                  <w:r>
                    <w:rPr>
                      <w:rFonts w:ascii="Segoe UI Symbol" w:eastAsia="Segoe UI Symbol" w:hAnsi="Segoe UI Symbol" w:cs="Segoe UI Symbol"/>
                      <w:color w:val="00517B"/>
                      <w:sz w:val="28"/>
                    </w:rPr>
                    <w:t>☐</w:t>
                  </w:r>
                </w:p>
              </w:tc>
              <w:tc>
                <w:tcPr>
                  <w:tcW w:w="964" w:type="dxa"/>
                  <w:vAlign w:val="center"/>
                </w:tcPr>
                <w:p w14:paraId="322A0921" w14:textId="77777777" w:rsidR="00804F49" w:rsidRDefault="0049747B">
                  <w:pPr>
                    <w:jc w:val="center"/>
                  </w:pPr>
                  <w:r>
                    <w:rPr>
                      <w:rFonts w:ascii="Segoe UI Symbol" w:eastAsia="Segoe UI Symbol" w:hAnsi="Segoe UI Symbol" w:cs="Segoe UI Symbol"/>
                      <w:color w:val="00517B"/>
                      <w:sz w:val="28"/>
                    </w:rPr>
                    <w:t>☐</w:t>
                  </w:r>
                </w:p>
              </w:tc>
            </w:tr>
            <w:tr w:rsidR="00804F49" w14:paraId="773FAEB1" w14:textId="77777777">
              <w:trPr>
                <w:trHeight w:hRule="exact" w:val="425"/>
              </w:trPr>
              <w:tc>
                <w:tcPr>
                  <w:tcW w:w="2041" w:type="dxa"/>
                </w:tcPr>
                <w:p w14:paraId="32ED9A6B" w14:textId="77777777" w:rsidR="00804F49" w:rsidRDefault="00804F49"/>
              </w:tc>
              <w:tc>
                <w:tcPr>
                  <w:tcW w:w="964" w:type="dxa"/>
                  <w:vAlign w:val="center"/>
                </w:tcPr>
                <w:p w14:paraId="6049D30F" w14:textId="77777777" w:rsidR="00804F49" w:rsidRDefault="0049747B">
                  <w:pPr>
                    <w:jc w:val="center"/>
                  </w:pPr>
                  <w:r>
                    <w:rPr>
                      <w:rFonts w:ascii="Segoe UI Symbol" w:eastAsia="Segoe UI Symbol" w:hAnsi="Segoe UI Symbol" w:cs="Segoe UI Symbol"/>
                      <w:color w:val="00517B"/>
                      <w:sz w:val="28"/>
                    </w:rPr>
                    <w:t>☐</w:t>
                  </w:r>
                </w:p>
              </w:tc>
              <w:tc>
                <w:tcPr>
                  <w:tcW w:w="964" w:type="dxa"/>
                  <w:vAlign w:val="center"/>
                </w:tcPr>
                <w:p w14:paraId="0B32DEA3" w14:textId="77777777" w:rsidR="00804F49" w:rsidRDefault="0049747B">
                  <w:pPr>
                    <w:jc w:val="center"/>
                  </w:pPr>
                  <w:r>
                    <w:rPr>
                      <w:rFonts w:ascii="Segoe UI Symbol" w:eastAsia="Segoe UI Symbol" w:hAnsi="Segoe UI Symbol" w:cs="Segoe UI Symbol"/>
                      <w:color w:val="00517B"/>
                      <w:sz w:val="28"/>
                    </w:rPr>
                    <w:t>☐</w:t>
                  </w:r>
                </w:p>
              </w:tc>
              <w:tc>
                <w:tcPr>
                  <w:tcW w:w="964" w:type="dxa"/>
                  <w:vAlign w:val="center"/>
                </w:tcPr>
                <w:p w14:paraId="3993D42E" w14:textId="77777777" w:rsidR="00804F49" w:rsidRDefault="0049747B">
                  <w:pPr>
                    <w:jc w:val="center"/>
                  </w:pPr>
                  <w:r>
                    <w:rPr>
                      <w:rFonts w:ascii="Segoe UI Symbol" w:eastAsia="Segoe UI Symbol" w:hAnsi="Segoe UI Symbol" w:cs="Segoe UI Symbol"/>
                      <w:color w:val="00517B"/>
                      <w:sz w:val="28"/>
                    </w:rPr>
                    <w:t>☐</w:t>
                  </w:r>
                </w:p>
              </w:tc>
            </w:tr>
            <w:tr w:rsidR="00804F49" w14:paraId="3089AB89" w14:textId="77777777">
              <w:trPr>
                <w:trHeight w:hRule="exact" w:val="425"/>
              </w:trPr>
              <w:tc>
                <w:tcPr>
                  <w:tcW w:w="2041" w:type="dxa"/>
                </w:tcPr>
                <w:p w14:paraId="611DAF2A" w14:textId="77777777" w:rsidR="00804F49" w:rsidRDefault="00804F49"/>
              </w:tc>
              <w:tc>
                <w:tcPr>
                  <w:tcW w:w="964" w:type="dxa"/>
                  <w:vAlign w:val="center"/>
                </w:tcPr>
                <w:p w14:paraId="4AD5C9A1" w14:textId="77777777" w:rsidR="00804F49" w:rsidRDefault="0049747B">
                  <w:pPr>
                    <w:jc w:val="center"/>
                  </w:pPr>
                  <w:r>
                    <w:rPr>
                      <w:rFonts w:ascii="Segoe UI Symbol" w:eastAsia="Segoe UI Symbol" w:hAnsi="Segoe UI Symbol" w:cs="Segoe UI Symbol"/>
                      <w:color w:val="00517B"/>
                      <w:sz w:val="28"/>
                    </w:rPr>
                    <w:t>☐</w:t>
                  </w:r>
                </w:p>
              </w:tc>
              <w:tc>
                <w:tcPr>
                  <w:tcW w:w="964" w:type="dxa"/>
                  <w:vAlign w:val="center"/>
                </w:tcPr>
                <w:p w14:paraId="06A50A7F" w14:textId="77777777" w:rsidR="00804F49" w:rsidRDefault="0049747B">
                  <w:pPr>
                    <w:jc w:val="center"/>
                  </w:pPr>
                  <w:r>
                    <w:rPr>
                      <w:rFonts w:ascii="Segoe UI Symbol" w:eastAsia="Segoe UI Symbol" w:hAnsi="Segoe UI Symbol" w:cs="Segoe UI Symbol"/>
                      <w:color w:val="00517B"/>
                      <w:sz w:val="28"/>
                    </w:rPr>
                    <w:t>☐</w:t>
                  </w:r>
                </w:p>
              </w:tc>
              <w:tc>
                <w:tcPr>
                  <w:tcW w:w="964" w:type="dxa"/>
                  <w:vAlign w:val="center"/>
                </w:tcPr>
                <w:p w14:paraId="049057EC" w14:textId="77777777" w:rsidR="00804F49" w:rsidRDefault="0049747B">
                  <w:pPr>
                    <w:jc w:val="center"/>
                  </w:pPr>
                  <w:r>
                    <w:rPr>
                      <w:rFonts w:ascii="Segoe UI Symbol" w:eastAsia="Segoe UI Symbol" w:hAnsi="Segoe UI Symbol" w:cs="Segoe UI Symbol"/>
                      <w:color w:val="00517B"/>
                      <w:sz w:val="28"/>
                    </w:rPr>
                    <w:t>☐</w:t>
                  </w:r>
                </w:p>
              </w:tc>
            </w:tr>
            <w:tr w:rsidR="00804F49" w14:paraId="1E63B0D7" w14:textId="77777777">
              <w:trPr>
                <w:trHeight w:hRule="exact" w:val="425"/>
              </w:trPr>
              <w:tc>
                <w:tcPr>
                  <w:tcW w:w="2041" w:type="dxa"/>
                </w:tcPr>
                <w:p w14:paraId="2C868674" w14:textId="77777777" w:rsidR="00804F49" w:rsidRDefault="00804F49"/>
              </w:tc>
              <w:tc>
                <w:tcPr>
                  <w:tcW w:w="964" w:type="dxa"/>
                  <w:vAlign w:val="center"/>
                </w:tcPr>
                <w:p w14:paraId="3FE0E842" w14:textId="77777777" w:rsidR="00804F49" w:rsidRDefault="0049747B">
                  <w:pPr>
                    <w:jc w:val="center"/>
                  </w:pPr>
                  <w:r>
                    <w:rPr>
                      <w:rFonts w:ascii="Segoe UI Symbol" w:eastAsia="Segoe UI Symbol" w:hAnsi="Segoe UI Symbol" w:cs="Segoe UI Symbol"/>
                      <w:color w:val="00517B"/>
                      <w:sz w:val="28"/>
                    </w:rPr>
                    <w:t>☐</w:t>
                  </w:r>
                </w:p>
              </w:tc>
              <w:tc>
                <w:tcPr>
                  <w:tcW w:w="964" w:type="dxa"/>
                  <w:vAlign w:val="center"/>
                </w:tcPr>
                <w:p w14:paraId="323AF6D5" w14:textId="77777777" w:rsidR="00804F49" w:rsidRDefault="0049747B">
                  <w:pPr>
                    <w:jc w:val="center"/>
                  </w:pPr>
                  <w:r>
                    <w:rPr>
                      <w:rFonts w:ascii="Segoe UI Symbol" w:eastAsia="Segoe UI Symbol" w:hAnsi="Segoe UI Symbol" w:cs="Segoe UI Symbol"/>
                      <w:color w:val="00517B"/>
                      <w:sz w:val="28"/>
                    </w:rPr>
                    <w:t>☐</w:t>
                  </w:r>
                </w:p>
              </w:tc>
              <w:tc>
                <w:tcPr>
                  <w:tcW w:w="964" w:type="dxa"/>
                  <w:vAlign w:val="center"/>
                </w:tcPr>
                <w:p w14:paraId="1B1C0E77" w14:textId="77777777" w:rsidR="00804F49" w:rsidRDefault="0049747B">
                  <w:pPr>
                    <w:jc w:val="center"/>
                  </w:pPr>
                  <w:r>
                    <w:rPr>
                      <w:rFonts w:ascii="Segoe UI Symbol" w:eastAsia="Segoe UI Symbol" w:hAnsi="Segoe UI Symbol" w:cs="Segoe UI Symbol"/>
                      <w:color w:val="00517B"/>
                      <w:sz w:val="28"/>
                    </w:rPr>
                    <w:t>☐</w:t>
                  </w:r>
                </w:p>
              </w:tc>
            </w:tr>
            <w:tr w:rsidR="00804F49" w14:paraId="5B1D57B1" w14:textId="77777777">
              <w:trPr>
                <w:trHeight w:hRule="exact" w:val="425"/>
              </w:trPr>
              <w:tc>
                <w:tcPr>
                  <w:tcW w:w="2041" w:type="dxa"/>
                </w:tcPr>
                <w:p w14:paraId="7183F820" w14:textId="77777777" w:rsidR="00804F49" w:rsidRDefault="00804F49"/>
              </w:tc>
              <w:tc>
                <w:tcPr>
                  <w:tcW w:w="964" w:type="dxa"/>
                  <w:vAlign w:val="center"/>
                </w:tcPr>
                <w:p w14:paraId="6ED2E386" w14:textId="77777777" w:rsidR="00804F49" w:rsidRDefault="0049747B">
                  <w:pPr>
                    <w:jc w:val="center"/>
                  </w:pPr>
                  <w:r>
                    <w:rPr>
                      <w:rFonts w:ascii="Segoe UI Symbol" w:eastAsia="Segoe UI Symbol" w:hAnsi="Segoe UI Symbol" w:cs="Segoe UI Symbol"/>
                      <w:color w:val="00517B"/>
                      <w:sz w:val="28"/>
                    </w:rPr>
                    <w:t>☐</w:t>
                  </w:r>
                </w:p>
              </w:tc>
              <w:tc>
                <w:tcPr>
                  <w:tcW w:w="964" w:type="dxa"/>
                  <w:vAlign w:val="center"/>
                </w:tcPr>
                <w:p w14:paraId="2B6F8E48" w14:textId="77777777" w:rsidR="00804F49" w:rsidRDefault="0049747B">
                  <w:pPr>
                    <w:jc w:val="center"/>
                  </w:pPr>
                  <w:r>
                    <w:rPr>
                      <w:rFonts w:ascii="Segoe UI Symbol" w:eastAsia="Segoe UI Symbol" w:hAnsi="Segoe UI Symbol" w:cs="Segoe UI Symbol"/>
                      <w:color w:val="00517B"/>
                      <w:sz w:val="28"/>
                    </w:rPr>
                    <w:t>☐</w:t>
                  </w:r>
                </w:p>
              </w:tc>
              <w:tc>
                <w:tcPr>
                  <w:tcW w:w="964" w:type="dxa"/>
                  <w:vAlign w:val="center"/>
                </w:tcPr>
                <w:p w14:paraId="71B22AB5" w14:textId="77777777" w:rsidR="00804F49" w:rsidRDefault="0049747B">
                  <w:pPr>
                    <w:jc w:val="center"/>
                  </w:pPr>
                  <w:r>
                    <w:rPr>
                      <w:rFonts w:ascii="Segoe UI Symbol" w:eastAsia="Segoe UI Symbol" w:hAnsi="Segoe UI Symbol" w:cs="Segoe UI Symbol"/>
                      <w:color w:val="00517B"/>
                      <w:sz w:val="28"/>
                    </w:rPr>
                    <w:t>☐</w:t>
                  </w:r>
                </w:p>
              </w:tc>
            </w:tr>
            <w:tr w:rsidR="00804F49" w14:paraId="6390513F" w14:textId="77777777">
              <w:trPr>
                <w:trHeight w:hRule="exact" w:val="425"/>
              </w:trPr>
              <w:tc>
                <w:tcPr>
                  <w:tcW w:w="2041" w:type="dxa"/>
                </w:tcPr>
                <w:p w14:paraId="0FB9F78C" w14:textId="77777777" w:rsidR="00804F49" w:rsidRDefault="00804F49"/>
              </w:tc>
              <w:tc>
                <w:tcPr>
                  <w:tcW w:w="964" w:type="dxa"/>
                  <w:vAlign w:val="center"/>
                </w:tcPr>
                <w:p w14:paraId="6C5A6BF5" w14:textId="77777777" w:rsidR="00804F49" w:rsidRDefault="0049747B">
                  <w:pPr>
                    <w:jc w:val="center"/>
                  </w:pPr>
                  <w:r>
                    <w:rPr>
                      <w:rFonts w:ascii="Segoe UI Symbol" w:eastAsia="Segoe UI Symbol" w:hAnsi="Segoe UI Symbol" w:cs="Segoe UI Symbol"/>
                      <w:color w:val="00517B"/>
                      <w:sz w:val="28"/>
                    </w:rPr>
                    <w:t>☐</w:t>
                  </w:r>
                </w:p>
              </w:tc>
              <w:tc>
                <w:tcPr>
                  <w:tcW w:w="964" w:type="dxa"/>
                  <w:vAlign w:val="center"/>
                </w:tcPr>
                <w:p w14:paraId="63EC7563" w14:textId="77777777" w:rsidR="00804F49" w:rsidRDefault="0049747B">
                  <w:pPr>
                    <w:jc w:val="center"/>
                  </w:pPr>
                  <w:r>
                    <w:rPr>
                      <w:rFonts w:ascii="Segoe UI Symbol" w:eastAsia="Segoe UI Symbol" w:hAnsi="Segoe UI Symbol" w:cs="Segoe UI Symbol"/>
                      <w:color w:val="00517B"/>
                      <w:sz w:val="28"/>
                    </w:rPr>
                    <w:t>☐</w:t>
                  </w:r>
                </w:p>
              </w:tc>
              <w:tc>
                <w:tcPr>
                  <w:tcW w:w="964" w:type="dxa"/>
                  <w:vAlign w:val="center"/>
                </w:tcPr>
                <w:p w14:paraId="016039A6" w14:textId="77777777" w:rsidR="00804F49" w:rsidRDefault="0049747B">
                  <w:pPr>
                    <w:jc w:val="center"/>
                  </w:pPr>
                  <w:r>
                    <w:rPr>
                      <w:rFonts w:ascii="Segoe UI Symbol" w:eastAsia="Segoe UI Symbol" w:hAnsi="Segoe UI Symbol" w:cs="Segoe UI Symbol"/>
                      <w:color w:val="00517B"/>
                      <w:sz w:val="28"/>
                    </w:rPr>
                    <w:t>☐</w:t>
                  </w:r>
                </w:p>
              </w:tc>
            </w:tr>
            <w:tr w:rsidR="00804F49" w14:paraId="2D11AD9D" w14:textId="77777777">
              <w:trPr>
                <w:trHeight w:hRule="exact" w:val="425"/>
              </w:trPr>
              <w:tc>
                <w:tcPr>
                  <w:tcW w:w="2041" w:type="dxa"/>
                </w:tcPr>
                <w:p w14:paraId="3289C3B7" w14:textId="77777777" w:rsidR="00804F49" w:rsidRDefault="00804F49"/>
              </w:tc>
              <w:tc>
                <w:tcPr>
                  <w:tcW w:w="964" w:type="dxa"/>
                  <w:vAlign w:val="center"/>
                </w:tcPr>
                <w:p w14:paraId="6A262303" w14:textId="77777777" w:rsidR="00804F49" w:rsidRDefault="0049747B">
                  <w:pPr>
                    <w:jc w:val="center"/>
                  </w:pPr>
                  <w:r>
                    <w:rPr>
                      <w:rFonts w:ascii="Segoe UI Symbol" w:eastAsia="Segoe UI Symbol" w:hAnsi="Segoe UI Symbol" w:cs="Segoe UI Symbol"/>
                      <w:color w:val="00517B"/>
                      <w:sz w:val="28"/>
                    </w:rPr>
                    <w:t>☐</w:t>
                  </w:r>
                </w:p>
              </w:tc>
              <w:tc>
                <w:tcPr>
                  <w:tcW w:w="964" w:type="dxa"/>
                  <w:vAlign w:val="center"/>
                </w:tcPr>
                <w:p w14:paraId="541A1AA2" w14:textId="77777777" w:rsidR="00804F49" w:rsidRDefault="0049747B">
                  <w:pPr>
                    <w:jc w:val="center"/>
                  </w:pPr>
                  <w:r>
                    <w:rPr>
                      <w:rFonts w:ascii="Segoe UI Symbol" w:eastAsia="Segoe UI Symbol" w:hAnsi="Segoe UI Symbol" w:cs="Segoe UI Symbol"/>
                      <w:color w:val="00517B"/>
                      <w:sz w:val="28"/>
                    </w:rPr>
                    <w:t>☐</w:t>
                  </w:r>
                </w:p>
              </w:tc>
              <w:tc>
                <w:tcPr>
                  <w:tcW w:w="964" w:type="dxa"/>
                  <w:vAlign w:val="center"/>
                </w:tcPr>
                <w:p w14:paraId="087C8BF3" w14:textId="77777777" w:rsidR="00804F49" w:rsidRDefault="0049747B">
                  <w:pPr>
                    <w:jc w:val="center"/>
                  </w:pPr>
                  <w:r>
                    <w:rPr>
                      <w:rFonts w:ascii="Segoe UI Symbol" w:eastAsia="Segoe UI Symbol" w:hAnsi="Segoe UI Symbol" w:cs="Segoe UI Symbol"/>
                      <w:color w:val="00517B"/>
                      <w:sz w:val="28"/>
                    </w:rPr>
                    <w:t>☐</w:t>
                  </w:r>
                </w:p>
              </w:tc>
            </w:tr>
          </w:tbl>
          <w:p w14:paraId="1A3E2CB0" w14:textId="77777777" w:rsidR="00804F49" w:rsidRDefault="0049747B">
            <w:pPr>
              <w:spacing w:before="100"/>
            </w:pPr>
            <w:r>
              <w:rPr>
                <w:rFonts w:cs="Secca KjG"/>
                <w:color w:val="5A5A5A"/>
                <w:sz w:val="14"/>
              </w:rPr>
              <w:t>Bei jeder Person genau ein Kreuz: Ja, Nein oder Enthaltung. Bitte nichts dazuschreiben, sonst ist der Stimmzettel ungültig.</w:t>
            </w:r>
          </w:p>
        </w:tc>
        <w:tc>
          <w:tcPr>
            <w:tcW w:w="5386" w:type="dxa"/>
          </w:tcPr>
          <w:p w14:paraId="5E452ECF" w14:textId="77777777" w:rsidR="00804F49" w:rsidRDefault="0049747B">
            <w:r>
              <w:rPr>
                <w:noProof/>
              </w:rPr>
              <w:drawing>
                <wp:inline distT="0" distB="0" distL="0" distR="0" wp14:anchorId="16ABEFA3" wp14:editId="5D14F21E">
                  <wp:extent cx="979962" cy="270000"/>
                  <wp:effectExtent l="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_rgb.png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9962" cy="27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F2190FF" w14:textId="77777777" w:rsidR="00804F49" w:rsidRDefault="0049747B">
            <w:pPr>
              <w:spacing w:before="80"/>
            </w:pPr>
            <w:r>
              <w:rPr>
                <w:rFonts w:cs="Secca KjG"/>
                <w:b/>
                <w:color w:val="CC0740"/>
                <w:sz w:val="32"/>
              </w:rPr>
              <w:t>Stimmzettel</w:t>
            </w:r>
          </w:p>
          <w:p w14:paraId="65C43949" w14:textId="77777777" w:rsidR="00804F49" w:rsidRDefault="0049747B">
            <w:pPr>
              <w:spacing w:after="80"/>
            </w:pPr>
            <w:r>
              <w:rPr>
                <w:rFonts w:cs="Secca KjG"/>
                <w:color w:val="5A5A5A"/>
                <w:sz w:val="16"/>
              </w:rPr>
              <w:t>Mitgliederversammlung der KjG ______________ am ________</w:t>
            </w:r>
          </w:p>
          <w:p w14:paraId="33D69DA1" w14:textId="77777777" w:rsidR="00804F49" w:rsidRDefault="0049747B">
            <w:pPr>
              <w:spacing w:before="120" w:after="40"/>
            </w:pPr>
            <w:r>
              <w:rPr>
                <w:rFonts w:cs="Secca KjG"/>
                <w:b/>
                <w:color w:val="00517B"/>
              </w:rPr>
              <w:t>Wahl: ______________________</w:t>
            </w:r>
          </w:p>
          <w:tbl>
            <w:tblPr>
              <w:tblW w:w="0" w:type="auto"/>
              <w:tblBorders>
                <w:top w:val="single" w:sz="4" w:space="0" w:color="B9D3EA"/>
                <w:left w:val="single" w:sz="4" w:space="0" w:color="B9D3EA"/>
                <w:bottom w:val="single" w:sz="4" w:space="0" w:color="B9D3EA"/>
                <w:right w:val="single" w:sz="4" w:space="0" w:color="B9D3EA"/>
                <w:insideH w:val="single" w:sz="4" w:space="0" w:color="B9D3EA"/>
                <w:insideV w:val="single" w:sz="4" w:space="0" w:color="B9D3EA"/>
              </w:tblBorders>
              <w:tblLayout w:type="fixed"/>
              <w:tblCellMar>
                <w:top w:w="40" w:type="dxa"/>
                <w:left w:w="80" w:type="dxa"/>
                <w:bottom w:w="40" w:type="dxa"/>
                <w:right w:w="80" w:type="dxa"/>
              </w:tblCellMar>
              <w:tblLook w:val="04A0" w:firstRow="1" w:lastRow="0" w:firstColumn="1" w:lastColumn="0" w:noHBand="0" w:noVBand="1"/>
            </w:tblPr>
            <w:tblGrid>
              <w:gridCol w:w="2041"/>
              <w:gridCol w:w="964"/>
              <w:gridCol w:w="964"/>
              <w:gridCol w:w="964"/>
            </w:tblGrid>
            <w:tr w:rsidR="00804F49" w14:paraId="0E610362" w14:textId="77777777">
              <w:trPr>
                <w:trHeight w:hRule="exact" w:val="283"/>
              </w:trPr>
              <w:tc>
                <w:tcPr>
                  <w:tcW w:w="2041" w:type="dxa"/>
                  <w:vAlign w:val="center"/>
                </w:tcPr>
                <w:p w14:paraId="4B6A09D8" w14:textId="77777777" w:rsidR="00804F49" w:rsidRDefault="0049747B">
                  <w:r>
                    <w:rPr>
                      <w:rFonts w:cs="Secca KjG"/>
                      <w:b/>
                      <w:color w:val="00517B"/>
                      <w:sz w:val="16"/>
                    </w:rPr>
                    <w:t>Name</w:t>
                  </w:r>
                </w:p>
              </w:tc>
              <w:tc>
                <w:tcPr>
                  <w:tcW w:w="964" w:type="dxa"/>
                  <w:vAlign w:val="center"/>
                </w:tcPr>
                <w:p w14:paraId="3E0893F0" w14:textId="77777777" w:rsidR="00804F49" w:rsidRDefault="0049747B">
                  <w:pPr>
                    <w:jc w:val="center"/>
                  </w:pPr>
                  <w:r>
                    <w:rPr>
                      <w:rFonts w:cs="Secca KjG"/>
                      <w:b/>
                      <w:color w:val="00517B"/>
                      <w:sz w:val="16"/>
                    </w:rPr>
                    <w:t>Ja</w:t>
                  </w:r>
                </w:p>
              </w:tc>
              <w:tc>
                <w:tcPr>
                  <w:tcW w:w="964" w:type="dxa"/>
                  <w:vAlign w:val="center"/>
                </w:tcPr>
                <w:p w14:paraId="6A202A50" w14:textId="77777777" w:rsidR="00804F49" w:rsidRDefault="0049747B">
                  <w:pPr>
                    <w:jc w:val="center"/>
                  </w:pPr>
                  <w:r>
                    <w:rPr>
                      <w:rFonts w:cs="Secca KjG"/>
                      <w:b/>
                      <w:color w:val="00517B"/>
                      <w:sz w:val="16"/>
                    </w:rPr>
                    <w:t>Nein</w:t>
                  </w:r>
                </w:p>
              </w:tc>
              <w:tc>
                <w:tcPr>
                  <w:tcW w:w="964" w:type="dxa"/>
                  <w:vAlign w:val="center"/>
                </w:tcPr>
                <w:p w14:paraId="6F042DE1" w14:textId="77777777" w:rsidR="00804F49" w:rsidRDefault="0049747B">
                  <w:pPr>
                    <w:jc w:val="center"/>
                  </w:pPr>
                  <w:r>
                    <w:rPr>
                      <w:rFonts w:cs="Secca KjG"/>
                      <w:b/>
                      <w:color w:val="00517B"/>
                      <w:sz w:val="16"/>
                    </w:rPr>
                    <w:t>Enthaltung</w:t>
                  </w:r>
                </w:p>
              </w:tc>
            </w:tr>
            <w:tr w:rsidR="00804F49" w14:paraId="076C00CB" w14:textId="77777777">
              <w:trPr>
                <w:trHeight w:hRule="exact" w:val="425"/>
              </w:trPr>
              <w:tc>
                <w:tcPr>
                  <w:tcW w:w="2041" w:type="dxa"/>
                </w:tcPr>
                <w:p w14:paraId="3ACB76C8" w14:textId="77777777" w:rsidR="00804F49" w:rsidRDefault="00804F49"/>
              </w:tc>
              <w:tc>
                <w:tcPr>
                  <w:tcW w:w="964" w:type="dxa"/>
                  <w:vAlign w:val="center"/>
                </w:tcPr>
                <w:p w14:paraId="2A98A8A1" w14:textId="77777777" w:rsidR="00804F49" w:rsidRDefault="0049747B">
                  <w:pPr>
                    <w:jc w:val="center"/>
                  </w:pPr>
                  <w:r>
                    <w:rPr>
                      <w:rFonts w:ascii="Segoe UI Symbol" w:eastAsia="Segoe UI Symbol" w:hAnsi="Segoe UI Symbol" w:cs="Segoe UI Symbol"/>
                      <w:color w:val="00517B"/>
                      <w:sz w:val="28"/>
                    </w:rPr>
                    <w:t>☐</w:t>
                  </w:r>
                </w:p>
              </w:tc>
              <w:tc>
                <w:tcPr>
                  <w:tcW w:w="964" w:type="dxa"/>
                  <w:vAlign w:val="center"/>
                </w:tcPr>
                <w:p w14:paraId="3D89F763" w14:textId="77777777" w:rsidR="00804F49" w:rsidRDefault="0049747B">
                  <w:pPr>
                    <w:jc w:val="center"/>
                  </w:pPr>
                  <w:r>
                    <w:rPr>
                      <w:rFonts w:ascii="Segoe UI Symbol" w:eastAsia="Segoe UI Symbol" w:hAnsi="Segoe UI Symbol" w:cs="Segoe UI Symbol"/>
                      <w:color w:val="00517B"/>
                      <w:sz w:val="28"/>
                    </w:rPr>
                    <w:t>☐</w:t>
                  </w:r>
                </w:p>
              </w:tc>
              <w:tc>
                <w:tcPr>
                  <w:tcW w:w="964" w:type="dxa"/>
                  <w:vAlign w:val="center"/>
                </w:tcPr>
                <w:p w14:paraId="70E47511" w14:textId="77777777" w:rsidR="00804F49" w:rsidRDefault="0049747B">
                  <w:pPr>
                    <w:jc w:val="center"/>
                  </w:pPr>
                  <w:r>
                    <w:rPr>
                      <w:rFonts w:ascii="Segoe UI Symbol" w:eastAsia="Segoe UI Symbol" w:hAnsi="Segoe UI Symbol" w:cs="Segoe UI Symbol"/>
                      <w:color w:val="00517B"/>
                      <w:sz w:val="28"/>
                    </w:rPr>
                    <w:t>☐</w:t>
                  </w:r>
                </w:p>
              </w:tc>
            </w:tr>
            <w:tr w:rsidR="00804F49" w14:paraId="52AD62C3" w14:textId="77777777">
              <w:trPr>
                <w:trHeight w:hRule="exact" w:val="425"/>
              </w:trPr>
              <w:tc>
                <w:tcPr>
                  <w:tcW w:w="2041" w:type="dxa"/>
                </w:tcPr>
                <w:p w14:paraId="556729B6" w14:textId="77777777" w:rsidR="00804F49" w:rsidRDefault="00804F49"/>
              </w:tc>
              <w:tc>
                <w:tcPr>
                  <w:tcW w:w="964" w:type="dxa"/>
                  <w:vAlign w:val="center"/>
                </w:tcPr>
                <w:p w14:paraId="71B80D45" w14:textId="77777777" w:rsidR="00804F49" w:rsidRDefault="0049747B">
                  <w:pPr>
                    <w:jc w:val="center"/>
                  </w:pPr>
                  <w:r>
                    <w:rPr>
                      <w:rFonts w:ascii="Segoe UI Symbol" w:eastAsia="Segoe UI Symbol" w:hAnsi="Segoe UI Symbol" w:cs="Segoe UI Symbol"/>
                      <w:color w:val="00517B"/>
                      <w:sz w:val="28"/>
                    </w:rPr>
                    <w:t>☐</w:t>
                  </w:r>
                </w:p>
              </w:tc>
              <w:tc>
                <w:tcPr>
                  <w:tcW w:w="964" w:type="dxa"/>
                  <w:vAlign w:val="center"/>
                </w:tcPr>
                <w:p w14:paraId="3CE20E52" w14:textId="77777777" w:rsidR="00804F49" w:rsidRDefault="0049747B">
                  <w:pPr>
                    <w:jc w:val="center"/>
                  </w:pPr>
                  <w:r>
                    <w:rPr>
                      <w:rFonts w:ascii="Segoe UI Symbol" w:eastAsia="Segoe UI Symbol" w:hAnsi="Segoe UI Symbol" w:cs="Segoe UI Symbol"/>
                      <w:color w:val="00517B"/>
                      <w:sz w:val="28"/>
                    </w:rPr>
                    <w:t>☐</w:t>
                  </w:r>
                </w:p>
              </w:tc>
              <w:tc>
                <w:tcPr>
                  <w:tcW w:w="964" w:type="dxa"/>
                  <w:vAlign w:val="center"/>
                </w:tcPr>
                <w:p w14:paraId="474C3C2D" w14:textId="77777777" w:rsidR="00804F49" w:rsidRDefault="0049747B">
                  <w:pPr>
                    <w:jc w:val="center"/>
                  </w:pPr>
                  <w:r>
                    <w:rPr>
                      <w:rFonts w:ascii="Segoe UI Symbol" w:eastAsia="Segoe UI Symbol" w:hAnsi="Segoe UI Symbol" w:cs="Segoe UI Symbol"/>
                      <w:color w:val="00517B"/>
                      <w:sz w:val="28"/>
                    </w:rPr>
                    <w:t>☐</w:t>
                  </w:r>
                </w:p>
              </w:tc>
            </w:tr>
            <w:tr w:rsidR="00804F49" w14:paraId="267DFE39" w14:textId="77777777">
              <w:trPr>
                <w:trHeight w:hRule="exact" w:val="425"/>
              </w:trPr>
              <w:tc>
                <w:tcPr>
                  <w:tcW w:w="2041" w:type="dxa"/>
                </w:tcPr>
                <w:p w14:paraId="60B2B991" w14:textId="77777777" w:rsidR="00804F49" w:rsidRDefault="00804F49"/>
              </w:tc>
              <w:tc>
                <w:tcPr>
                  <w:tcW w:w="964" w:type="dxa"/>
                  <w:vAlign w:val="center"/>
                </w:tcPr>
                <w:p w14:paraId="4385CAA4" w14:textId="77777777" w:rsidR="00804F49" w:rsidRDefault="0049747B">
                  <w:pPr>
                    <w:jc w:val="center"/>
                  </w:pPr>
                  <w:r>
                    <w:rPr>
                      <w:rFonts w:ascii="Segoe UI Symbol" w:eastAsia="Segoe UI Symbol" w:hAnsi="Segoe UI Symbol" w:cs="Segoe UI Symbol"/>
                      <w:color w:val="00517B"/>
                      <w:sz w:val="28"/>
                    </w:rPr>
                    <w:t>☐</w:t>
                  </w:r>
                </w:p>
              </w:tc>
              <w:tc>
                <w:tcPr>
                  <w:tcW w:w="964" w:type="dxa"/>
                  <w:vAlign w:val="center"/>
                </w:tcPr>
                <w:p w14:paraId="7EBBBCAE" w14:textId="77777777" w:rsidR="00804F49" w:rsidRDefault="0049747B">
                  <w:pPr>
                    <w:jc w:val="center"/>
                  </w:pPr>
                  <w:r>
                    <w:rPr>
                      <w:rFonts w:ascii="Segoe UI Symbol" w:eastAsia="Segoe UI Symbol" w:hAnsi="Segoe UI Symbol" w:cs="Segoe UI Symbol"/>
                      <w:color w:val="00517B"/>
                      <w:sz w:val="28"/>
                    </w:rPr>
                    <w:t>☐</w:t>
                  </w:r>
                </w:p>
              </w:tc>
              <w:tc>
                <w:tcPr>
                  <w:tcW w:w="964" w:type="dxa"/>
                  <w:vAlign w:val="center"/>
                </w:tcPr>
                <w:p w14:paraId="03426DE1" w14:textId="77777777" w:rsidR="00804F49" w:rsidRDefault="0049747B">
                  <w:pPr>
                    <w:jc w:val="center"/>
                  </w:pPr>
                  <w:r>
                    <w:rPr>
                      <w:rFonts w:ascii="Segoe UI Symbol" w:eastAsia="Segoe UI Symbol" w:hAnsi="Segoe UI Symbol" w:cs="Segoe UI Symbol"/>
                      <w:color w:val="00517B"/>
                      <w:sz w:val="28"/>
                    </w:rPr>
                    <w:t>☐</w:t>
                  </w:r>
                </w:p>
              </w:tc>
            </w:tr>
            <w:tr w:rsidR="00804F49" w14:paraId="340F85A8" w14:textId="77777777">
              <w:trPr>
                <w:trHeight w:hRule="exact" w:val="425"/>
              </w:trPr>
              <w:tc>
                <w:tcPr>
                  <w:tcW w:w="2041" w:type="dxa"/>
                </w:tcPr>
                <w:p w14:paraId="4A8E8E00" w14:textId="77777777" w:rsidR="00804F49" w:rsidRDefault="00804F49"/>
              </w:tc>
              <w:tc>
                <w:tcPr>
                  <w:tcW w:w="964" w:type="dxa"/>
                  <w:vAlign w:val="center"/>
                </w:tcPr>
                <w:p w14:paraId="59EA76CE" w14:textId="77777777" w:rsidR="00804F49" w:rsidRDefault="0049747B">
                  <w:pPr>
                    <w:jc w:val="center"/>
                  </w:pPr>
                  <w:r>
                    <w:rPr>
                      <w:rFonts w:ascii="Segoe UI Symbol" w:eastAsia="Segoe UI Symbol" w:hAnsi="Segoe UI Symbol" w:cs="Segoe UI Symbol"/>
                      <w:color w:val="00517B"/>
                      <w:sz w:val="28"/>
                    </w:rPr>
                    <w:t>☐</w:t>
                  </w:r>
                </w:p>
              </w:tc>
              <w:tc>
                <w:tcPr>
                  <w:tcW w:w="964" w:type="dxa"/>
                  <w:vAlign w:val="center"/>
                </w:tcPr>
                <w:p w14:paraId="12DCB0C1" w14:textId="77777777" w:rsidR="00804F49" w:rsidRDefault="0049747B">
                  <w:pPr>
                    <w:jc w:val="center"/>
                  </w:pPr>
                  <w:r>
                    <w:rPr>
                      <w:rFonts w:ascii="Segoe UI Symbol" w:eastAsia="Segoe UI Symbol" w:hAnsi="Segoe UI Symbol" w:cs="Segoe UI Symbol"/>
                      <w:color w:val="00517B"/>
                      <w:sz w:val="28"/>
                    </w:rPr>
                    <w:t>☐</w:t>
                  </w:r>
                </w:p>
              </w:tc>
              <w:tc>
                <w:tcPr>
                  <w:tcW w:w="964" w:type="dxa"/>
                  <w:vAlign w:val="center"/>
                </w:tcPr>
                <w:p w14:paraId="37758F84" w14:textId="77777777" w:rsidR="00804F49" w:rsidRDefault="0049747B">
                  <w:pPr>
                    <w:jc w:val="center"/>
                  </w:pPr>
                  <w:r>
                    <w:rPr>
                      <w:rFonts w:ascii="Segoe UI Symbol" w:eastAsia="Segoe UI Symbol" w:hAnsi="Segoe UI Symbol" w:cs="Segoe UI Symbol"/>
                      <w:color w:val="00517B"/>
                      <w:sz w:val="28"/>
                    </w:rPr>
                    <w:t>☐</w:t>
                  </w:r>
                </w:p>
              </w:tc>
            </w:tr>
            <w:tr w:rsidR="00804F49" w14:paraId="0D56FDD7" w14:textId="77777777">
              <w:trPr>
                <w:trHeight w:hRule="exact" w:val="425"/>
              </w:trPr>
              <w:tc>
                <w:tcPr>
                  <w:tcW w:w="2041" w:type="dxa"/>
                </w:tcPr>
                <w:p w14:paraId="52875B8A" w14:textId="77777777" w:rsidR="00804F49" w:rsidRDefault="00804F49"/>
              </w:tc>
              <w:tc>
                <w:tcPr>
                  <w:tcW w:w="964" w:type="dxa"/>
                  <w:vAlign w:val="center"/>
                </w:tcPr>
                <w:p w14:paraId="2DCFB159" w14:textId="77777777" w:rsidR="00804F49" w:rsidRDefault="0049747B">
                  <w:pPr>
                    <w:jc w:val="center"/>
                  </w:pPr>
                  <w:r>
                    <w:rPr>
                      <w:rFonts w:ascii="Segoe UI Symbol" w:eastAsia="Segoe UI Symbol" w:hAnsi="Segoe UI Symbol" w:cs="Segoe UI Symbol"/>
                      <w:color w:val="00517B"/>
                      <w:sz w:val="28"/>
                    </w:rPr>
                    <w:t>☐</w:t>
                  </w:r>
                </w:p>
              </w:tc>
              <w:tc>
                <w:tcPr>
                  <w:tcW w:w="964" w:type="dxa"/>
                  <w:vAlign w:val="center"/>
                </w:tcPr>
                <w:p w14:paraId="13D3729C" w14:textId="77777777" w:rsidR="00804F49" w:rsidRDefault="0049747B">
                  <w:pPr>
                    <w:jc w:val="center"/>
                  </w:pPr>
                  <w:r>
                    <w:rPr>
                      <w:rFonts w:ascii="Segoe UI Symbol" w:eastAsia="Segoe UI Symbol" w:hAnsi="Segoe UI Symbol" w:cs="Segoe UI Symbol"/>
                      <w:color w:val="00517B"/>
                      <w:sz w:val="28"/>
                    </w:rPr>
                    <w:t>☐</w:t>
                  </w:r>
                </w:p>
              </w:tc>
              <w:tc>
                <w:tcPr>
                  <w:tcW w:w="964" w:type="dxa"/>
                  <w:vAlign w:val="center"/>
                </w:tcPr>
                <w:p w14:paraId="31E084E4" w14:textId="77777777" w:rsidR="00804F49" w:rsidRDefault="0049747B">
                  <w:pPr>
                    <w:jc w:val="center"/>
                  </w:pPr>
                  <w:r>
                    <w:rPr>
                      <w:rFonts w:ascii="Segoe UI Symbol" w:eastAsia="Segoe UI Symbol" w:hAnsi="Segoe UI Symbol" w:cs="Segoe UI Symbol"/>
                      <w:color w:val="00517B"/>
                      <w:sz w:val="28"/>
                    </w:rPr>
                    <w:t>☐</w:t>
                  </w:r>
                </w:p>
              </w:tc>
            </w:tr>
            <w:tr w:rsidR="00804F49" w14:paraId="0847C7DD" w14:textId="77777777">
              <w:trPr>
                <w:trHeight w:hRule="exact" w:val="425"/>
              </w:trPr>
              <w:tc>
                <w:tcPr>
                  <w:tcW w:w="2041" w:type="dxa"/>
                </w:tcPr>
                <w:p w14:paraId="5D54E0DE" w14:textId="77777777" w:rsidR="00804F49" w:rsidRDefault="00804F49"/>
              </w:tc>
              <w:tc>
                <w:tcPr>
                  <w:tcW w:w="964" w:type="dxa"/>
                  <w:vAlign w:val="center"/>
                </w:tcPr>
                <w:p w14:paraId="1C439498" w14:textId="77777777" w:rsidR="00804F49" w:rsidRDefault="0049747B">
                  <w:pPr>
                    <w:jc w:val="center"/>
                  </w:pPr>
                  <w:r>
                    <w:rPr>
                      <w:rFonts w:ascii="Segoe UI Symbol" w:eastAsia="Segoe UI Symbol" w:hAnsi="Segoe UI Symbol" w:cs="Segoe UI Symbol"/>
                      <w:color w:val="00517B"/>
                      <w:sz w:val="28"/>
                    </w:rPr>
                    <w:t>☐</w:t>
                  </w:r>
                </w:p>
              </w:tc>
              <w:tc>
                <w:tcPr>
                  <w:tcW w:w="964" w:type="dxa"/>
                  <w:vAlign w:val="center"/>
                </w:tcPr>
                <w:p w14:paraId="67A84CEE" w14:textId="77777777" w:rsidR="00804F49" w:rsidRDefault="0049747B">
                  <w:pPr>
                    <w:jc w:val="center"/>
                  </w:pPr>
                  <w:r>
                    <w:rPr>
                      <w:rFonts w:ascii="Segoe UI Symbol" w:eastAsia="Segoe UI Symbol" w:hAnsi="Segoe UI Symbol" w:cs="Segoe UI Symbol"/>
                      <w:color w:val="00517B"/>
                      <w:sz w:val="28"/>
                    </w:rPr>
                    <w:t>☐</w:t>
                  </w:r>
                </w:p>
              </w:tc>
              <w:tc>
                <w:tcPr>
                  <w:tcW w:w="964" w:type="dxa"/>
                  <w:vAlign w:val="center"/>
                </w:tcPr>
                <w:p w14:paraId="3E9C2BC4" w14:textId="77777777" w:rsidR="00804F49" w:rsidRDefault="0049747B">
                  <w:pPr>
                    <w:jc w:val="center"/>
                  </w:pPr>
                  <w:r>
                    <w:rPr>
                      <w:rFonts w:ascii="Segoe UI Symbol" w:eastAsia="Segoe UI Symbol" w:hAnsi="Segoe UI Symbol" w:cs="Segoe UI Symbol"/>
                      <w:color w:val="00517B"/>
                      <w:sz w:val="28"/>
                    </w:rPr>
                    <w:t>☐</w:t>
                  </w:r>
                </w:p>
              </w:tc>
            </w:tr>
            <w:tr w:rsidR="00804F49" w14:paraId="56B89779" w14:textId="77777777">
              <w:trPr>
                <w:trHeight w:hRule="exact" w:val="425"/>
              </w:trPr>
              <w:tc>
                <w:tcPr>
                  <w:tcW w:w="2041" w:type="dxa"/>
                </w:tcPr>
                <w:p w14:paraId="44CB0B9A" w14:textId="77777777" w:rsidR="00804F49" w:rsidRDefault="00804F49"/>
              </w:tc>
              <w:tc>
                <w:tcPr>
                  <w:tcW w:w="964" w:type="dxa"/>
                  <w:vAlign w:val="center"/>
                </w:tcPr>
                <w:p w14:paraId="3C88F421" w14:textId="77777777" w:rsidR="00804F49" w:rsidRDefault="0049747B">
                  <w:pPr>
                    <w:jc w:val="center"/>
                  </w:pPr>
                  <w:r>
                    <w:rPr>
                      <w:rFonts w:ascii="Segoe UI Symbol" w:eastAsia="Segoe UI Symbol" w:hAnsi="Segoe UI Symbol" w:cs="Segoe UI Symbol"/>
                      <w:color w:val="00517B"/>
                      <w:sz w:val="28"/>
                    </w:rPr>
                    <w:t>☐</w:t>
                  </w:r>
                </w:p>
              </w:tc>
              <w:tc>
                <w:tcPr>
                  <w:tcW w:w="964" w:type="dxa"/>
                  <w:vAlign w:val="center"/>
                </w:tcPr>
                <w:p w14:paraId="6D0A6004" w14:textId="77777777" w:rsidR="00804F49" w:rsidRDefault="0049747B">
                  <w:pPr>
                    <w:jc w:val="center"/>
                  </w:pPr>
                  <w:r>
                    <w:rPr>
                      <w:rFonts w:ascii="Segoe UI Symbol" w:eastAsia="Segoe UI Symbol" w:hAnsi="Segoe UI Symbol" w:cs="Segoe UI Symbol"/>
                      <w:color w:val="00517B"/>
                      <w:sz w:val="28"/>
                    </w:rPr>
                    <w:t>☐</w:t>
                  </w:r>
                </w:p>
              </w:tc>
              <w:tc>
                <w:tcPr>
                  <w:tcW w:w="964" w:type="dxa"/>
                  <w:vAlign w:val="center"/>
                </w:tcPr>
                <w:p w14:paraId="421264FA" w14:textId="77777777" w:rsidR="00804F49" w:rsidRDefault="0049747B">
                  <w:pPr>
                    <w:jc w:val="center"/>
                  </w:pPr>
                  <w:r>
                    <w:rPr>
                      <w:rFonts w:ascii="Segoe UI Symbol" w:eastAsia="Segoe UI Symbol" w:hAnsi="Segoe UI Symbol" w:cs="Segoe UI Symbol"/>
                      <w:color w:val="00517B"/>
                      <w:sz w:val="28"/>
                    </w:rPr>
                    <w:t>☐</w:t>
                  </w:r>
                </w:p>
              </w:tc>
            </w:tr>
          </w:tbl>
          <w:p w14:paraId="0297CFD5" w14:textId="77777777" w:rsidR="00804F49" w:rsidRDefault="0049747B">
            <w:pPr>
              <w:spacing w:before="100"/>
            </w:pPr>
            <w:r>
              <w:rPr>
                <w:rFonts w:cs="Secca KjG"/>
                <w:color w:val="5A5A5A"/>
                <w:sz w:val="14"/>
              </w:rPr>
              <w:t>Bei jeder Person genau ein Kreuz: Ja, Nein oder Enthaltung. Bitte nichts dazuschreiben, sonst ist der Stimmzettel ungültig.</w:t>
            </w:r>
          </w:p>
        </w:tc>
      </w:tr>
    </w:tbl>
    <w:p w14:paraId="27405738" w14:textId="77777777" w:rsidR="00804F49" w:rsidRDefault="0049747B">
      <w:pPr>
        <w:spacing w:line="20" w:lineRule="exact"/>
      </w:pPr>
      <w:r>
        <w:rPr>
          <w:rFonts w:cs="Secca KjG"/>
          <w:color w:val="1A1A1A"/>
          <w:sz w:val="2"/>
        </w:rPr>
        <w:t xml:space="preserve"> </w:t>
      </w:r>
    </w:p>
    <w:sectPr w:rsidR="00804F49" w:rsidSect="00034616">
      <w:pgSz w:w="11906" w:h="16838"/>
      <w:pgMar w:top="510" w:right="567" w:bottom="510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cca KjG">
    <w:panose1 w:val="020B0503030003020504"/>
    <w:charset w:val="00"/>
    <w:family w:val="swiss"/>
    <w:pitch w:val="variable"/>
    <w:sig w:usb0="00000003" w:usb1="00000000" w:usb2="00000000" w:usb3="00000000" w:csb0="00000001" w:csb1="00000000"/>
    <w:embedRegular r:id="rId1" w:fontKey="{C4F13CA6-AD77-47A8-8EA9-B19B58706077}"/>
    <w:embedBold r:id="rId2" w:fontKey="{415BB4FC-A670-420F-9493-D45F3E9DFA4B}"/>
    <w:embedItalic r:id="rId3" w:fontKey="{F494FAB6-AAAB-4542-B5E9-656FB93BFEA5}"/>
    <w:embedBoldItalic r:id="rId4" w:fontKey="{4E7422FA-BBF7-46A8-82E4-EFF531F2854E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notTrueType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5" w:subsetted="1" w:fontKey="{395551E5-C45F-449F-92A7-454E59B96796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numm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numm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Aufzhlungszeich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Aufzhlungszeich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44595597">
    <w:abstractNumId w:val="8"/>
  </w:num>
  <w:num w:numId="2" w16cid:durableId="1874222288">
    <w:abstractNumId w:val="6"/>
  </w:num>
  <w:num w:numId="3" w16cid:durableId="1468208774">
    <w:abstractNumId w:val="5"/>
  </w:num>
  <w:num w:numId="4" w16cid:durableId="565913731">
    <w:abstractNumId w:val="4"/>
  </w:num>
  <w:num w:numId="5" w16cid:durableId="1857233364">
    <w:abstractNumId w:val="7"/>
  </w:num>
  <w:num w:numId="6" w16cid:durableId="27150246">
    <w:abstractNumId w:val="3"/>
  </w:num>
  <w:num w:numId="7" w16cid:durableId="543366174">
    <w:abstractNumId w:val="2"/>
  </w:num>
  <w:num w:numId="8" w16cid:durableId="253441218">
    <w:abstractNumId w:val="1"/>
  </w:num>
  <w:num w:numId="9" w16cid:durableId="16906453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B6F42"/>
    <w:rsid w:val="0029639D"/>
    <w:rsid w:val="00326F90"/>
    <w:rsid w:val="0049747B"/>
    <w:rsid w:val="005D503A"/>
    <w:rsid w:val="00804F49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30"/>
  <w15:docId w15:val="{48C99BD6-85E1-45C7-A981-E979336D7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C693F"/>
    <w:pPr>
      <w:spacing w:after="0"/>
    </w:pPr>
    <w:rPr>
      <w:rFonts w:ascii="Secca KjG" w:eastAsia="Secca KjG" w:hAnsi="Secca KjG"/>
      <w:sz w:val="20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618BF"/>
  </w:style>
  <w:style w:type="paragraph" w:styleId="Fuzeile">
    <w:name w:val="footer"/>
    <w:basedOn w:val="Standard"/>
    <w:link w:val="FuzeileZchn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618BF"/>
  </w:style>
  <w:style w:type="paragraph" w:styleId="KeinLeerraum">
    <w:name w:val="No Spacing"/>
    <w:uiPriority w:val="1"/>
    <w:qFormat/>
    <w:rsid w:val="00FC693F"/>
    <w:pPr>
      <w:spacing w:after="0" w:line="240" w:lineRule="auto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rd"/>
    <w:next w:val="Standard"/>
    <w:link w:val="TitelZchn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nabsatz">
    <w:name w:val="List Paragraph"/>
    <w:basedOn w:val="Standard"/>
    <w:uiPriority w:val="34"/>
    <w:qFormat/>
    <w:rsid w:val="00FC693F"/>
    <w:pPr>
      <w:ind w:left="720"/>
      <w:contextualSpacing/>
    </w:pPr>
  </w:style>
  <w:style w:type="paragraph" w:styleId="Textkrper">
    <w:name w:val="Body Text"/>
    <w:basedOn w:val="Standard"/>
    <w:link w:val="TextkrperZchn"/>
    <w:uiPriority w:val="99"/>
    <w:unhideWhenUsed/>
    <w:rsid w:val="00AA1D8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rsid w:val="00AA1D8D"/>
  </w:style>
  <w:style w:type="paragraph" w:styleId="Textkrper2">
    <w:name w:val="Body Text 2"/>
    <w:basedOn w:val="Standard"/>
    <w:link w:val="Textkrper2Zchn"/>
    <w:uiPriority w:val="99"/>
    <w:unhideWhenUsed/>
    <w:rsid w:val="00AA1D8D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rsid w:val="00AA1D8D"/>
  </w:style>
  <w:style w:type="paragraph" w:styleId="Textkrper3">
    <w:name w:val="Body Text 3"/>
    <w:basedOn w:val="Standard"/>
    <w:link w:val="Textkrper3Zch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rsid w:val="00AA1D8D"/>
    <w:rPr>
      <w:sz w:val="16"/>
      <w:szCs w:val="16"/>
    </w:rPr>
  </w:style>
  <w:style w:type="paragraph" w:styleId="Liste">
    <w:name w:val="List"/>
    <w:basedOn w:val="Standard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Standard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Standard"/>
    <w:uiPriority w:val="99"/>
    <w:unhideWhenUsed/>
    <w:rsid w:val="00326F90"/>
    <w:pPr>
      <w:ind w:left="1080" w:hanging="360"/>
      <w:contextualSpacing/>
    </w:pPr>
  </w:style>
  <w:style w:type="paragraph" w:styleId="Aufzhlungszeichen">
    <w:name w:val="List Bullet"/>
    <w:basedOn w:val="Standard"/>
    <w:uiPriority w:val="99"/>
    <w:unhideWhenUsed/>
    <w:rsid w:val="00326F90"/>
    <w:pPr>
      <w:numPr>
        <w:numId w:val="1"/>
      </w:numPr>
      <w:contextualSpacing/>
    </w:pPr>
  </w:style>
  <w:style w:type="paragraph" w:styleId="Aufzhlungszeichen2">
    <w:name w:val="List Bullet 2"/>
    <w:basedOn w:val="Standard"/>
    <w:uiPriority w:val="99"/>
    <w:unhideWhenUsed/>
    <w:rsid w:val="00326F90"/>
    <w:pPr>
      <w:numPr>
        <w:numId w:val="2"/>
      </w:numPr>
      <w:contextualSpacing/>
    </w:pPr>
  </w:style>
  <w:style w:type="paragraph" w:styleId="Aufzhlungszeichen3">
    <w:name w:val="List Bullet 3"/>
    <w:basedOn w:val="Standard"/>
    <w:uiPriority w:val="99"/>
    <w:unhideWhenUsed/>
    <w:rsid w:val="00326F90"/>
    <w:pPr>
      <w:numPr>
        <w:numId w:val="3"/>
      </w:numPr>
      <w:contextualSpacing/>
    </w:pPr>
  </w:style>
  <w:style w:type="paragraph" w:styleId="Listennummer">
    <w:name w:val="List Number"/>
    <w:basedOn w:val="Standard"/>
    <w:uiPriority w:val="99"/>
    <w:unhideWhenUsed/>
    <w:rsid w:val="00326F90"/>
    <w:pPr>
      <w:numPr>
        <w:numId w:val="5"/>
      </w:numPr>
      <w:contextualSpacing/>
    </w:pPr>
  </w:style>
  <w:style w:type="paragraph" w:styleId="Listennummer2">
    <w:name w:val="List Number 2"/>
    <w:basedOn w:val="Standard"/>
    <w:uiPriority w:val="99"/>
    <w:unhideWhenUsed/>
    <w:rsid w:val="0029639D"/>
    <w:pPr>
      <w:numPr>
        <w:numId w:val="6"/>
      </w:numPr>
      <w:contextualSpacing/>
    </w:pPr>
  </w:style>
  <w:style w:type="paragraph" w:styleId="Listennummer3">
    <w:name w:val="List Number 3"/>
    <w:basedOn w:val="Standard"/>
    <w:uiPriority w:val="99"/>
    <w:unhideWhenUsed/>
    <w:rsid w:val="0029639D"/>
    <w:pPr>
      <w:numPr>
        <w:numId w:val="7"/>
      </w:numPr>
      <w:contextualSpacing/>
    </w:pPr>
  </w:style>
  <w:style w:type="paragraph" w:styleId="Listenfortsetzung">
    <w:name w:val="List Continue"/>
    <w:basedOn w:val="Standard"/>
    <w:uiPriority w:val="99"/>
    <w:unhideWhenUsed/>
    <w:rsid w:val="0029639D"/>
    <w:pPr>
      <w:spacing w:after="120"/>
      <w:ind w:left="360"/>
      <w:contextualSpacing/>
    </w:pPr>
  </w:style>
  <w:style w:type="paragraph" w:styleId="Listenfortsetzung2">
    <w:name w:val="List Continue 2"/>
    <w:basedOn w:val="Standard"/>
    <w:uiPriority w:val="99"/>
    <w:unhideWhenUsed/>
    <w:rsid w:val="0029639D"/>
    <w:pPr>
      <w:spacing w:after="120"/>
      <w:ind w:left="720"/>
      <w:contextualSpacing/>
    </w:pPr>
  </w:style>
  <w:style w:type="paragraph" w:styleId="Listenfortsetzung3">
    <w:name w:val="List Continue 3"/>
    <w:basedOn w:val="Standard"/>
    <w:uiPriority w:val="99"/>
    <w:unhideWhenUsed/>
    <w:rsid w:val="0029639D"/>
    <w:pPr>
      <w:spacing w:after="120"/>
      <w:ind w:left="1080"/>
      <w:contextualSpacing/>
    </w:pPr>
  </w:style>
  <w:style w:type="paragraph" w:styleId="Makrotext">
    <w:name w:val="macro"/>
    <w:link w:val="MakrotextZch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xtZchn">
    <w:name w:val="Makrotext Zchn"/>
    <w:basedOn w:val="Absatz-Standardschriftart"/>
    <w:link w:val="Makrotext"/>
    <w:uiPriority w:val="99"/>
    <w:rsid w:val="0029639D"/>
    <w:rPr>
      <w:rFonts w:ascii="Courier" w:hAnsi="Courier"/>
      <w:sz w:val="20"/>
      <w:szCs w:val="20"/>
    </w:rPr>
  </w:style>
  <w:style w:type="paragraph" w:styleId="Zitat">
    <w:name w:val="Quote"/>
    <w:basedOn w:val="Standard"/>
    <w:next w:val="Standard"/>
    <w:link w:val="ZitatZchn"/>
    <w:uiPriority w:val="29"/>
    <w:qFormat/>
    <w:rsid w:val="00FC693F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FC693F"/>
    <w:rPr>
      <w:i/>
      <w:iCs/>
      <w:color w:val="000000" w:themeColor="text1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ett">
    <w:name w:val="Strong"/>
    <w:basedOn w:val="Absatz-Standardschriftart"/>
    <w:uiPriority w:val="22"/>
    <w:qFormat/>
    <w:rsid w:val="00FC693F"/>
    <w:rPr>
      <w:b/>
      <w:bCs/>
    </w:rPr>
  </w:style>
  <w:style w:type="character" w:styleId="Hervorhebung">
    <w:name w:val="Emphasis"/>
    <w:basedOn w:val="Absatz-Standardschriftart"/>
    <w:uiPriority w:val="20"/>
    <w:qFormat/>
    <w:rsid w:val="00FC693F"/>
    <w:rPr>
      <w:i/>
      <w:iCs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C693F"/>
    <w:rPr>
      <w:b/>
      <w:bCs/>
      <w:i/>
      <w:iCs/>
      <w:color w:val="4F81BD" w:themeColor="accent1"/>
    </w:rPr>
  </w:style>
  <w:style w:type="character" w:styleId="SchwacheHervorhebung">
    <w:name w:val="Subtle Emphasis"/>
    <w:basedOn w:val="Absatz-Standardschriftart"/>
    <w:uiPriority w:val="19"/>
    <w:qFormat/>
    <w:rsid w:val="00FC693F"/>
    <w:rPr>
      <w:i/>
      <w:iCs/>
      <w:color w:val="808080" w:themeColor="text1" w:themeTint="7F"/>
    </w:rPr>
  </w:style>
  <w:style w:type="character" w:styleId="IntensiveHervorhebung">
    <w:name w:val="Intense Emphasis"/>
    <w:basedOn w:val="Absatz-Standardschriftart"/>
    <w:uiPriority w:val="21"/>
    <w:qFormat/>
    <w:rsid w:val="00FC693F"/>
    <w:rPr>
      <w:b/>
      <w:bCs/>
      <w:i/>
      <w:iCs/>
      <w:color w:val="4F81BD" w:themeColor="accent1"/>
    </w:rPr>
  </w:style>
  <w:style w:type="character" w:styleId="SchwacherVerweis">
    <w:name w:val="Subtle Reference"/>
    <w:basedOn w:val="Absatz-Standardschriftart"/>
    <w:uiPriority w:val="31"/>
    <w:qFormat/>
    <w:rsid w:val="00FC693F"/>
    <w:rPr>
      <w:smallCaps/>
      <w:color w:val="C0504D" w:themeColor="accent2"/>
      <w:u w:val="single"/>
    </w:rPr>
  </w:style>
  <w:style w:type="character" w:styleId="IntensiverVerweis">
    <w:name w:val="Intense Reference"/>
    <w:basedOn w:val="Absatz-Standardschriftar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uchtitel">
    <w:name w:val="Book Title"/>
    <w:basedOn w:val="Absatz-Standardschriftart"/>
    <w:uiPriority w:val="33"/>
    <w:qFormat/>
    <w:rsid w:val="00FC693F"/>
    <w:rPr>
      <w:b/>
      <w:bCs/>
      <w:smallCaps/>
      <w:spacing w:val="5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FC693F"/>
    <w:pPr>
      <w:outlineLvl w:val="9"/>
    </w:pPr>
  </w:style>
  <w:style w:type="table" w:styleId="Tabellenraster">
    <w:name w:val="Table Grid"/>
    <w:basedOn w:val="NormaleTabel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Schattierung">
    <w:name w:val="Light Shading"/>
    <w:basedOn w:val="NormaleTabel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leSchattierung-Akzent1">
    <w:name w:val="Light Shading Accent 1"/>
    <w:basedOn w:val="NormaleTabel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HelleSchattierung-Akzent2">
    <w:name w:val="Light Shading Accent 2"/>
    <w:basedOn w:val="NormaleTabel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HelleSchattierung-Akzent3">
    <w:name w:val="Light Shading Accent 3"/>
    <w:basedOn w:val="NormaleTabel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HelleSchattierung-Akzent4">
    <w:name w:val="Light Shading Accent 4"/>
    <w:basedOn w:val="NormaleTabel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HelleSchattierung-Akzent5">
    <w:name w:val="Light Shading Accent 5"/>
    <w:basedOn w:val="NormaleTabel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HelleSchattierung-Akzent6">
    <w:name w:val="Light Shading Accent 6"/>
    <w:basedOn w:val="NormaleTabel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HelleListe">
    <w:name w:val="Light List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Liste-Akzent1">
    <w:name w:val="Light List Accent 1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HelleListe-Akzent2">
    <w:name w:val="Light List Accent 2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HelleListe-Akzent3">
    <w:name w:val="Light List Accent 3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HelleListe-Akzent4">
    <w:name w:val="Light List Accent 4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HelleListe-Akzent5">
    <w:name w:val="Light List Accent 5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HelleListe-Akzent6">
    <w:name w:val="Light List Accent 6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HellesRaster">
    <w:name w:val="Light Grid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sRaster-Akzent1">
    <w:name w:val="Light Grid Accent 1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HellesRaster-Akzent2">
    <w:name w:val="Light Grid Accent 2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HellesRaster-Akzent3">
    <w:name w:val="Light Grid Accent 3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HellesRaster-Akzent4">
    <w:name w:val="Light Grid Accent 4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HellesRaster-Akzent5">
    <w:name w:val="Light Grid Accent 5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HellesRaster-Akzent6">
    <w:name w:val="Light Grid Accent 6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ittlereSchattierung1">
    <w:name w:val="Medium Shading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2">
    <w:name w:val="Medium Shading 1 Accent 2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3">
    <w:name w:val="Medium Shading 1 Accent 3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4">
    <w:name w:val="Medium Shading 1 Accent 4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5">
    <w:name w:val="Medium Shading 1 Accent 5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6">
    <w:name w:val="Medium Shading 1 Accent 6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">
    <w:name w:val="Medium Shading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1">
    <w:name w:val="Medium Shading 2 Accent 1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2">
    <w:name w:val="Medium Shading 2 Accent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3">
    <w:name w:val="Medium Shading 2 Accent 3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4">
    <w:name w:val="Medium Shading 2 Accent 4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6">
    <w:name w:val="Medium Shading 2 Accent 6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Liste1">
    <w:name w:val="Medium Lis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Liste1-Akzent1">
    <w:name w:val="Medium List 1 Accen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ttlereListe1-Akzent2">
    <w:name w:val="Medium List 1 Accent 2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ittlereListe1-Akzent3">
    <w:name w:val="Medium List 1 Accent 3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ittlereListe1-Akzent4">
    <w:name w:val="Medium List 1 Accent 4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ittlereListe1-Akzent5">
    <w:name w:val="Medium List 1 Accent 5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ttlereListe1-Akzent6">
    <w:name w:val="Medium List 1 Accent 6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ttlereListe2">
    <w:name w:val="Medium Lis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1">
    <w:name w:val="Medium List 2 Accent 1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2">
    <w:name w:val="Medium List 2 Accen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3">
    <w:name w:val="Medium List 2 Accent 3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4">
    <w:name w:val="Medium List 2 Accent 4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5">
    <w:name w:val="Medium List 2 Accent 5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6">
    <w:name w:val="Medium List 2 Accent 6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sRaster1">
    <w:name w:val="Medium Grid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sRaster1-Akzent1">
    <w:name w:val="Medium Grid 1 Accent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ittleresRaster1-Akzent2">
    <w:name w:val="Medium Grid 1 Accent 2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ittleresRaster1-Akzent3">
    <w:name w:val="Medium Grid 1 Accent 3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ittleresRaster1-Akzent4">
    <w:name w:val="Medium Grid 1 Accent 4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ittleresRaster1-Akzent5">
    <w:name w:val="Medium Grid 1 Accent 5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ittleresRaster1-Akzent6">
    <w:name w:val="Medium Grid 1 Accent 6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ttleresRaster2">
    <w:name w:val="Medium Grid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1">
    <w:name w:val="Medium Grid 2 Accent 1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2">
    <w:name w:val="Medium Grid 2 Accent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3">
    <w:name w:val="Medium Grid 2 Accent 3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4">
    <w:name w:val="Medium Grid 2 Accent 4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5">
    <w:name w:val="Medium Grid 2 Accent 5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6">
    <w:name w:val="Medium Grid 2 Accent 6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3">
    <w:name w:val="Medium Grid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ttleresRaster3-Akzent1">
    <w:name w:val="Medium Grid 3 Accent 1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ittleresRaster3-Akzent2">
    <w:name w:val="Medium Grid 3 Accent 2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ittleresRaster3-Akzent3">
    <w:name w:val="Medium Grid 3 Accent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ittleresRaster3-Akzent4">
    <w:name w:val="Medium Grid 3 Accent 4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ittleresRaster3-Akzent5">
    <w:name w:val="Medium Grid 3 Accent 5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ittleresRaster3-Akzent6">
    <w:name w:val="Medium Grid 3 Accent 6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unkleListe">
    <w:name w:val="Dark List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unkleListe-Akzent1">
    <w:name w:val="Dark List Accent 1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unkleListe-Akzent2">
    <w:name w:val="Dark List Accent 2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unkleListe-Akzent3">
    <w:name w:val="Dark List Accent 3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unkleListe-Akzent4">
    <w:name w:val="Dark List Accent 4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unkleListe-Akzent5">
    <w:name w:val="Dark List Accent 5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unkleListe-Akzent6">
    <w:name w:val="Dark List Accent 6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bigeSchattierung">
    <w:name w:val="Colorful Shading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1">
    <w:name w:val="Colorful Shading Accent 1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2">
    <w:name w:val="Colorful Shading Accent 2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3">
    <w:name w:val="Colorful Shading Accent 3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chattierung-Akzent4">
    <w:name w:val="Colorful Shading Accent 4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5">
    <w:name w:val="Colorful Shading Accent 5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6">
    <w:name w:val="Colorful Shading Accent 6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Liste">
    <w:name w:val="Colorful List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Liste-Akzent1">
    <w:name w:val="Colorful List Accent 1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bigeListe-Akzent2">
    <w:name w:val="Colorful List Accent 2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bigeListe-Akzent3">
    <w:name w:val="Colorful List Accent 3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bigeListe-Akzent4">
    <w:name w:val="Colorful List Accent 4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bigeListe-Akzent5">
    <w:name w:val="Colorful List Accent 5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bigeListe-Akzent6">
    <w:name w:val="Colorful List Accent 6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bigesRaster">
    <w:name w:val="Colorful Grid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sRaster-Akzent1">
    <w:name w:val="Colorful Grid Accent 1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bigesRaster-Akzent2">
    <w:name w:val="Colorful Grid Accent 2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bigesRaster-Akzent3">
    <w:name w:val="Colorful Grid Accent 3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Raster-Akzent4">
    <w:name w:val="Colorful Grid Accent 4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bigesRaster-Akzent5">
    <w:name w:val="Colorful Grid Accent 5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bigesRaster-Akzent6">
    <w:name w:val="Colorful Grid Accent 6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301</Words>
  <Characters>1897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2194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Daniel Hilbert</cp:lastModifiedBy>
  <cp:revision>2</cp:revision>
  <dcterms:created xsi:type="dcterms:W3CDTF">2026-10-28T18:52:00Z</dcterms:created>
  <dcterms:modified xsi:type="dcterms:W3CDTF">2026-10-28T18:52:00Z</dcterms:modified>
  <cp:category/>
</cp:coreProperties>
</file>